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E2580" w14:textId="77777777" w:rsidR="00AA0A70" w:rsidRPr="00AA0A70" w:rsidRDefault="00D80299" w:rsidP="00AA0A70">
      <w:pPr>
        <w:pStyle w:val="Titolo1"/>
        <w:spacing w:before="0" w:line="240" w:lineRule="auto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LIBERATORIA E ASSUNZIONE DI RESPONSABILITÀ</w:t>
      </w:r>
    </w:p>
    <w:p w14:paraId="3D351B77" w14:textId="0D0A3A2C" w:rsidR="00D62859" w:rsidRDefault="00D80299" w:rsidP="00AA0A70">
      <w:pPr>
        <w:pStyle w:val="Titolo1"/>
        <w:spacing w:before="0" w:line="240" w:lineRule="auto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PER L'ACCESSO ALL'ISTITUTO SCOLASTICO</w:t>
      </w:r>
    </w:p>
    <w:p w14:paraId="5C6656B7" w14:textId="77777777" w:rsidR="00736556" w:rsidRPr="00736556" w:rsidRDefault="00736556" w:rsidP="00736556">
      <w:pPr>
        <w:rPr>
          <w:lang w:val="it-IT"/>
        </w:rPr>
      </w:pPr>
    </w:p>
    <w:p w14:paraId="55358D81" w14:textId="55969620" w:rsidR="00A05972" w:rsidRPr="00736556" w:rsidRDefault="00736556" w:rsidP="00A05972">
      <w:pPr>
        <w:rPr>
          <w:rFonts w:asciiTheme="majorHAnsi" w:hAnsiTheme="majorHAnsi" w:cstheme="majorHAnsi"/>
          <w:sz w:val="20"/>
          <w:szCs w:val="20"/>
          <w:lang w:val="it-IT"/>
        </w:rPr>
      </w:pPr>
      <w:r w:rsidRPr="00736556">
        <w:rPr>
          <w:rFonts w:asciiTheme="majorHAnsi" w:hAnsiTheme="majorHAnsi" w:cstheme="majorHAnsi"/>
          <w:sz w:val="20"/>
          <w:szCs w:val="20"/>
          <w:lang w:val="it-IT"/>
        </w:rPr>
        <w:t>Io sottoscritto</w:t>
      </w:r>
      <w:r>
        <w:rPr>
          <w:rFonts w:asciiTheme="majorHAnsi" w:hAnsiTheme="majorHAnsi" w:cstheme="majorHAnsi"/>
          <w:sz w:val="20"/>
          <w:szCs w:val="20"/>
          <w:lang w:val="it-IT"/>
        </w:rPr>
        <w:t xml:space="preserve"> ______________________________________________________________________________________</w:t>
      </w:r>
    </w:p>
    <w:p w14:paraId="6A9F97EB" w14:textId="12E848DF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Nato/a il 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/__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_/______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</w:t>
      </w:r>
      <w:r w:rsidR="00A05972" w:rsidRPr="00A05972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A05972" w:rsidRPr="00AA0A70">
        <w:rPr>
          <w:rFonts w:asciiTheme="majorHAnsi" w:hAnsiTheme="majorHAnsi" w:cstheme="majorHAnsi"/>
          <w:sz w:val="20"/>
          <w:szCs w:val="20"/>
          <w:lang w:val="it-IT"/>
        </w:rPr>
        <w:t>a ______________________________________________________</w:t>
      </w:r>
    </w:p>
    <w:p w14:paraId="0793FA9A" w14:textId="48C8B351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Residente in 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____________________________ 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Via ________________________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</w:t>
      </w:r>
    </w:p>
    <w:p w14:paraId="53018C75" w14:textId="1792063E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Documento d'identità n°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 rilasciato da ______________________________________________</w:t>
      </w:r>
    </w:p>
    <w:p w14:paraId="52C98237" w14:textId="69B3CD8F" w:rsidR="00AA0A70" w:rsidRPr="00AA0A70" w:rsidRDefault="00AA0A70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Tel. ________________________________________ e-mail _________________________________________________</w:t>
      </w:r>
    </w:p>
    <w:p w14:paraId="7D764C47" w14:textId="487DFE25" w:rsidR="00D62859" w:rsidRPr="00AA0A70" w:rsidRDefault="00D62859">
      <w:pPr>
        <w:rPr>
          <w:rFonts w:asciiTheme="majorHAnsi" w:hAnsiTheme="majorHAnsi" w:cstheme="majorHAnsi"/>
          <w:sz w:val="20"/>
          <w:szCs w:val="20"/>
        </w:rPr>
      </w:pPr>
    </w:p>
    <w:p w14:paraId="3E592F96" w14:textId="1DE50F49" w:rsidR="00D62859" w:rsidRPr="00AA0A70" w:rsidRDefault="00D80299" w:rsidP="00AA0A70">
      <w:pPr>
        <w:pStyle w:val="Puntoelenco"/>
        <w:numPr>
          <w:ilvl w:val="0"/>
          <w:numId w:val="0"/>
        </w:numPr>
        <w:spacing w:line="240" w:lineRule="auto"/>
        <w:ind w:left="36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Genitore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br/>
        <w:t xml:space="preserve">□ </w:t>
      </w:r>
      <w:r w:rsidRPr="000B39EC">
        <w:rPr>
          <w:rFonts w:asciiTheme="majorHAnsi" w:hAnsiTheme="majorHAnsi" w:cstheme="majorHAnsi"/>
          <w:sz w:val="20"/>
          <w:szCs w:val="20"/>
          <w:lang w:val="it-IT"/>
        </w:rPr>
        <w:t>Esperto esterno</w:t>
      </w:r>
      <w:r w:rsidR="00AA0A70" w:rsidRPr="000B39EC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a titolo gratuito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br/>
        <w:t>□ Altro (specificare) ___________________________________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</w:t>
      </w:r>
    </w:p>
    <w:p w14:paraId="4554C0BD" w14:textId="3720F7F7" w:rsidR="00AA0A70" w:rsidRPr="00A05972" w:rsidRDefault="00A05972" w:rsidP="00A05972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05972">
        <w:rPr>
          <w:rFonts w:asciiTheme="majorHAnsi" w:hAnsiTheme="majorHAnsi" w:cstheme="majorHAnsi"/>
          <w:sz w:val="20"/>
          <w:szCs w:val="20"/>
          <w:lang w:val="it-IT"/>
        </w:rPr>
        <w:t xml:space="preserve"> Come accordi con l’insegnante </w:t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softHyphen/>
        <w:t>____________________________________________________________________</w:t>
      </w:r>
      <w:r>
        <w:rPr>
          <w:rFonts w:asciiTheme="majorHAnsi" w:hAnsiTheme="majorHAnsi" w:cstheme="majorHAnsi"/>
          <w:sz w:val="20"/>
          <w:szCs w:val="20"/>
          <w:lang w:val="it-IT"/>
        </w:rPr>
        <w:t>____</w:t>
      </w:r>
    </w:p>
    <w:p w14:paraId="5F86796C" w14:textId="04413EB1" w:rsidR="00A05972" w:rsidRPr="00A05972" w:rsidRDefault="00A05972" w:rsidP="00A05972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05972">
        <w:rPr>
          <w:rFonts w:asciiTheme="majorHAnsi" w:hAnsiTheme="majorHAnsi" w:cstheme="majorHAnsi"/>
          <w:b/>
          <w:sz w:val="20"/>
          <w:szCs w:val="20"/>
          <w:lang w:val="it-IT"/>
        </w:rPr>
        <w:t>Firma dell’Insegnante</w:t>
      </w:r>
      <w:r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Pr="00A05972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______________________________________________________________</w:t>
      </w:r>
      <w:r>
        <w:rPr>
          <w:rFonts w:asciiTheme="majorHAnsi" w:hAnsiTheme="majorHAnsi" w:cstheme="majorHAnsi"/>
          <w:sz w:val="20"/>
          <w:szCs w:val="20"/>
          <w:lang w:val="it-IT"/>
        </w:rPr>
        <w:t>__________________</w:t>
      </w:r>
    </w:p>
    <w:p w14:paraId="22F200AE" w14:textId="5759D3D9" w:rsidR="00A05972" w:rsidRPr="00A05972" w:rsidRDefault="00AA0A70" w:rsidP="00A05972">
      <w:pPr>
        <w:pStyle w:val="Titolo2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CHIEDE</w:t>
      </w:r>
    </w:p>
    <w:p w14:paraId="30815E43" w14:textId="39FE95D6" w:rsidR="00AA0A70" w:rsidRPr="00AA0A70" w:rsidRDefault="00AA0A70" w:rsidP="00AA0A70">
      <w:pPr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di essere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autorizzat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>o all'ingresso alla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>: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classe:</w:t>
      </w:r>
    </w:p>
    <w:p w14:paraId="521D23BB" w14:textId="7FC8D102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Esine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1^ sez. ________</w:t>
      </w:r>
    </w:p>
    <w:p w14:paraId="21FD654E" w14:textId="6EB35C4E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Sacca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2^ sez. ________</w:t>
      </w:r>
    </w:p>
    <w:p w14:paraId="3BAC1EB5" w14:textId="129A7E44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Piamborno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3^ sez. ________</w:t>
      </w:r>
    </w:p>
    <w:p w14:paraId="22874C4E" w14:textId="055E6F13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Infanzia Cogno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4^ sez. ________</w:t>
      </w:r>
    </w:p>
    <w:p w14:paraId="21E70F9D" w14:textId="00170D1A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Primaria Esine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5^ sez. ________</w:t>
      </w:r>
    </w:p>
    <w:p w14:paraId="38F2DCCC" w14:textId="604EF2DE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Primaria Sacca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ab/>
        <w:t>Sezione Scuola Infanzia</w:t>
      </w:r>
      <w:r w:rsidR="00C74BC2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A05972">
        <w:rPr>
          <w:rFonts w:asciiTheme="majorHAnsi" w:hAnsiTheme="majorHAnsi" w:cstheme="majorHAnsi"/>
          <w:sz w:val="20"/>
          <w:szCs w:val="20"/>
          <w:lang w:val="it-IT"/>
        </w:rPr>
        <w:t xml:space="preserve">  ________</w:t>
      </w:r>
    </w:p>
    <w:p w14:paraId="1D42E0AE" w14:textId="79CC0060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Primaria Piamborno</w:t>
      </w:r>
    </w:p>
    <w:p w14:paraId="6DC12F97" w14:textId="3D23334C" w:rsidR="00AA0A70" w:rsidRP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Secondaria I Grado Esine</w:t>
      </w:r>
    </w:p>
    <w:p w14:paraId="36EB84C2" w14:textId="22A6F8B1" w:rsidR="00AA0A70" w:rsidRDefault="00AA0A70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□ Scuola Secondaria I Grado Piamborno</w:t>
      </w:r>
    </w:p>
    <w:p w14:paraId="7A9F6062" w14:textId="4F4197BF" w:rsidR="000B39EC" w:rsidRDefault="000B39EC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226755E0" w14:textId="435D3D0F" w:rsidR="000B39EC" w:rsidRDefault="000B39EC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>(barrar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 xml:space="preserve">e una delle seguenti opzioni: A. per il </w:t>
      </w:r>
      <w:r>
        <w:rPr>
          <w:rFonts w:asciiTheme="majorHAnsi" w:hAnsiTheme="majorHAnsi" w:cstheme="majorHAnsi"/>
          <w:sz w:val="20"/>
          <w:szCs w:val="20"/>
          <w:lang w:val="it-IT"/>
        </w:rPr>
        <w:t>giorno; B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>.</w:t>
      </w:r>
      <w:r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 xml:space="preserve">per il </w:t>
      </w:r>
      <w:r>
        <w:rPr>
          <w:rFonts w:asciiTheme="majorHAnsi" w:hAnsiTheme="majorHAnsi" w:cstheme="majorHAnsi"/>
          <w:sz w:val="20"/>
          <w:szCs w:val="20"/>
          <w:lang w:val="it-IT"/>
        </w:rPr>
        <w:t>periodo; C</w:t>
      </w:r>
      <w:r w:rsidR="004726C0">
        <w:rPr>
          <w:rFonts w:asciiTheme="majorHAnsi" w:hAnsiTheme="majorHAnsi" w:cstheme="majorHAnsi"/>
          <w:sz w:val="20"/>
          <w:szCs w:val="20"/>
          <w:lang w:val="it-IT"/>
        </w:rPr>
        <w:t>.</w:t>
      </w:r>
      <w:r>
        <w:rPr>
          <w:rFonts w:asciiTheme="majorHAnsi" w:hAnsiTheme="majorHAnsi" w:cstheme="majorHAnsi"/>
          <w:sz w:val="20"/>
          <w:szCs w:val="20"/>
          <w:lang w:val="it-IT"/>
        </w:rPr>
        <w:t xml:space="preserve"> calendario da allegare alla richiesta)</w:t>
      </w:r>
    </w:p>
    <w:p w14:paraId="1B9BB2B8" w14:textId="77777777" w:rsidR="000B39EC" w:rsidRPr="00AA0A70" w:rsidRDefault="000B39EC" w:rsidP="00AA0A70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5F3E9BF5" w14:textId="507ECBD5" w:rsidR="00AA0A70" w:rsidRDefault="00AA0A70" w:rsidP="000B39EC">
      <w:pPr>
        <w:pStyle w:val="Paragrafoelenco"/>
        <w:numPr>
          <w:ilvl w:val="0"/>
          <w:numId w:val="20"/>
        </w:num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 xml:space="preserve">□ per il giorno _______/_______/_______ </w:t>
      </w:r>
      <w:r w:rsidR="00D80299" w:rsidRPr="000B39EC">
        <w:rPr>
          <w:rFonts w:asciiTheme="majorHAnsi" w:hAnsiTheme="majorHAnsi" w:cstheme="majorHAnsi"/>
          <w:sz w:val="20"/>
          <w:szCs w:val="20"/>
          <w:lang w:val="it-IT"/>
        </w:rPr>
        <w:t>dalle ore ______</w:t>
      </w:r>
      <w:r w:rsidRPr="000B39EC">
        <w:rPr>
          <w:rFonts w:asciiTheme="majorHAnsi" w:hAnsiTheme="majorHAnsi" w:cstheme="majorHAnsi"/>
          <w:sz w:val="20"/>
          <w:szCs w:val="20"/>
          <w:lang w:val="it-IT"/>
        </w:rPr>
        <w:t>____</w:t>
      </w:r>
      <w:r w:rsidR="00D80299" w:rsidRPr="000B39EC">
        <w:rPr>
          <w:rFonts w:asciiTheme="majorHAnsi" w:hAnsiTheme="majorHAnsi" w:cstheme="majorHAnsi"/>
          <w:sz w:val="20"/>
          <w:szCs w:val="20"/>
          <w:lang w:val="it-IT"/>
        </w:rPr>
        <w:t xml:space="preserve"> alle ore ______</w:t>
      </w:r>
      <w:r w:rsidRPr="000B39EC">
        <w:rPr>
          <w:rFonts w:asciiTheme="majorHAnsi" w:hAnsiTheme="majorHAnsi" w:cstheme="majorHAnsi"/>
          <w:sz w:val="20"/>
          <w:szCs w:val="20"/>
          <w:lang w:val="it-IT"/>
        </w:rPr>
        <w:t>____</w:t>
      </w:r>
    </w:p>
    <w:p w14:paraId="2B5E8EA2" w14:textId="77777777" w:rsidR="000B39EC" w:rsidRPr="000B39EC" w:rsidRDefault="000B39EC" w:rsidP="000B39EC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0DE6D8E8" w14:textId="3F240CCB" w:rsidR="00AA0A70" w:rsidRDefault="00AA0A70" w:rsidP="000B39EC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per il giorno _______/_______/_______ dalle ore __________ alle ore __________</w:t>
      </w:r>
    </w:p>
    <w:p w14:paraId="650B9A51" w14:textId="77777777" w:rsidR="000B39EC" w:rsidRPr="000B39EC" w:rsidRDefault="000B39EC" w:rsidP="000B39EC">
      <w:pPr>
        <w:pStyle w:val="Paragrafoelenco"/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00949076" w14:textId="7DA07DB6" w:rsidR="00756A51" w:rsidRPr="000B39EC" w:rsidRDefault="00756A51" w:rsidP="000B39EC">
      <w:pPr>
        <w:pStyle w:val="Paragrafoelenco"/>
        <w:spacing w:after="0"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7428A410" w14:textId="5B637079" w:rsidR="00AA0A70" w:rsidRPr="000B39EC" w:rsidRDefault="00AA0A70" w:rsidP="000B39EC">
      <w:pPr>
        <w:pStyle w:val="Paragrafoelenco"/>
        <w:numPr>
          <w:ilvl w:val="0"/>
          <w:numId w:val="20"/>
        </w:num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per il periodo dal _______/_______/_______ al _______/_______/_______ dalle ore _______ alle ore ________</w:t>
      </w:r>
    </w:p>
    <w:p w14:paraId="05EC987B" w14:textId="6592B80A" w:rsidR="000B39EC" w:rsidRDefault="00AA0A70" w:rsidP="000B39EC">
      <w:pPr>
        <w:spacing w:line="240" w:lineRule="auto"/>
        <w:ind w:left="360" w:firstLine="360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per il periodo dal _______/_______/_______ al _______/_______/_______ dalle ore _______ alle ore ________</w:t>
      </w:r>
    </w:p>
    <w:p w14:paraId="48AB33A5" w14:textId="0CA7F677" w:rsidR="000B39EC" w:rsidRPr="000B39EC" w:rsidRDefault="000B39EC" w:rsidP="000B39EC">
      <w:pPr>
        <w:spacing w:line="240" w:lineRule="auto"/>
        <w:ind w:left="360" w:firstLine="360"/>
        <w:rPr>
          <w:rFonts w:asciiTheme="majorHAnsi" w:hAnsiTheme="majorHAnsi" w:cstheme="majorHAnsi"/>
          <w:sz w:val="20"/>
          <w:szCs w:val="20"/>
          <w:lang w:val="it-IT"/>
        </w:rPr>
      </w:pPr>
    </w:p>
    <w:p w14:paraId="516774AA" w14:textId="46CEB261" w:rsidR="000B39EC" w:rsidRPr="000B39EC" w:rsidRDefault="000B39EC" w:rsidP="000B39EC">
      <w:pPr>
        <w:pStyle w:val="Paragrafoelenco"/>
        <w:numPr>
          <w:ilvl w:val="0"/>
          <w:numId w:val="20"/>
        </w:num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0B39EC">
        <w:rPr>
          <w:rFonts w:asciiTheme="majorHAnsi" w:hAnsiTheme="majorHAnsi" w:cstheme="majorHAnsi"/>
          <w:sz w:val="20"/>
          <w:szCs w:val="20"/>
          <w:lang w:val="it-IT"/>
        </w:rPr>
        <w:t>□ si allega calendario degli accessi</w:t>
      </w:r>
    </w:p>
    <w:p w14:paraId="1383324E" w14:textId="77777777" w:rsidR="00756A51" w:rsidRDefault="00756A51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122B7909" w14:textId="0A08ED45" w:rsidR="00D62859" w:rsidRPr="00AA0A70" w:rsidRDefault="00D80299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per la seguente motivazione: ________________________________________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</w:t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1FCBCD71" w14:textId="54A9D03E" w:rsidR="00AA0A70" w:rsidRPr="00AA0A70" w:rsidRDefault="00AA0A70" w:rsidP="00AA0A70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__________________________________________________________________________________________________</w:t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28CF1754" w14:textId="2A8EE265" w:rsidR="00D62859" w:rsidRPr="00AA0A70" w:rsidRDefault="00D80299" w:rsidP="00AA0A70">
      <w:pPr>
        <w:pStyle w:val="Titolo3"/>
        <w:jc w:val="center"/>
        <w:rPr>
          <w:rFonts w:cstheme="majorHAnsi"/>
          <w:color w:val="auto"/>
          <w:sz w:val="20"/>
          <w:szCs w:val="20"/>
        </w:rPr>
      </w:pPr>
      <w:r w:rsidRPr="00AA0A70">
        <w:rPr>
          <w:rFonts w:cstheme="majorHAnsi"/>
          <w:color w:val="auto"/>
          <w:sz w:val="20"/>
          <w:szCs w:val="20"/>
        </w:rPr>
        <w:lastRenderedPageBreak/>
        <w:t>ASSUNZIONE DI RESPONSABILITÀ</w:t>
      </w:r>
      <w:bookmarkStart w:id="0" w:name="_GoBack"/>
      <w:bookmarkEnd w:id="0"/>
    </w:p>
    <w:p w14:paraId="232FF6AE" w14:textId="7144DA76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2BBEA8D0" w14:textId="1D83A72D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di assumermi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ogni responsabilità civile e penale per eventuali danni causati a persone, cose o strutture durante la permanenza nell'Istituto;</w:t>
      </w:r>
    </w:p>
    <w:p w14:paraId="4C5F0F59" w14:textId="247EC113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di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sollevare l'Istituto da ogni responsabilità per eventuali infortuni o incidenti che dovessero verificarsi durante la permanenza nei locali scolastici;</w:t>
      </w:r>
    </w:p>
    <w:p w14:paraId="75DCB6B9" w14:textId="4972482E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di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rispettare scrupolosamente le norme di sicurezza e i regolamenti interni dell'Istituto.</w:t>
      </w:r>
    </w:p>
    <w:p w14:paraId="4047F7B5" w14:textId="77777777" w:rsidR="00AA0A70" w:rsidRPr="00AA0A70" w:rsidRDefault="00AA0A70" w:rsidP="00AA0A70">
      <w:pPr>
        <w:pStyle w:val="Puntoelenco"/>
        <w:numPr>
          <w:ilvl w:val="0"/>
          <w:numId w:val="0"/>
        </w:numPr>
        <w:spacing w:after="0"/>
        <w:ind w:left="360"/>
        <w:rPr>
          <w:rFonts w:asciiTheme="majorHAnsi" w:hAnsiTheme="majorHAnsi" w:cstheme="majorHAnsi"/>
          <w:sz w:val="20"/>
          <w:szCs w:val="20"/>
          <w:lang w:val="it-IT"/>
        </w:rPr>
      </w:pPr>
    </w:p>
    <w:p w14:paraId="563DAA40" w14:textId="6B1D71D8" w:rsidR="00AA0A70" w:rsidRPr="00AA0A70" w:rsidRDefault="00D80299" w:rsidP="00AA0A70">
      <w:pPr>
        <w:spacing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A0A70">
        <w:rPr>
          <w:rFonts w:asciiTheme="majorHAnsi" w:hAnsiTheme="majorHAnsi" w:cstheme="majorHAnsi"/>
          <w:b/>
          <w:sz w:val="20"/>
          <w:szCs w:val="20"/>
        </w:rPr>
        <w:t>PRIVACY E RISERVATEZZA</w:t>
      </w:r>
    </w:p>
    <w:p w14:paraId="5E9DB6F6" w14:textId="0D7B822D" w:rsidR="00AA0A70" w:rsidRPr="00AA0A70" w:rsidRDefault="00AA0A70" w:rsidP="00756A51">
      <w:pPr>
        <w:tabs>
          <w:tab w:val="left" w:pos="5670"/>
        </w:tabs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4C261BF5" w14:textId="3B513767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di impegnarmi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a mantenere la massima riservatezza su quanto osservato durante la permanenza nell'Istituto, con particolare riferimento alle informazioni riguardanti gli alunni, il personale e l'organizzazione scolastica;</w:t>
      </w:r>
    </w:p>
    <w:p w14:paraId="6D0B7040" w14:textId="567C8524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i rispettare il Regolamento UE 2016/679 (GDPR) e il </w:t>
      </w:r>
      <w:proofErr w:type="spellStart"/>
      <w:proofErr w:type="gramStart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D.Lgs</w:t>
      </w:r>
      <w:proofErr w:type="gramEnd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.</w:t>
      </w:r>
      <w:proofErr w:type="spellEnd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196/2003 e </w:t>
      </w:r>
      <w:proofErr w:type="spellStart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s.m.i.</w:t>
      </w:r>
      <w:proofErr w:type="spellEnd"/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in materia di protezione dei dati personali;</w:t>
      </w:r>
    </w:p>
    <w:p w14:paraId="6ADE36D1" w14:textId="592DA2C9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non effettuare riprese fotografiche, audio o video se non espressamente autorizzate dalla Direzione.</w:t>
      </w:r>
    </w:p>
    <w:p w14:paraId="46CAEA50" w14:textId="77777777" w:rsidR="00AA0A70" w:rsidRPr="00AA0A70" w:rsidRDefault="00AA0A70" w:rsidP="00AA0A70">
      <w:pPr>
        <w:pStyle w:val="Puntoelenco"/>
        <w:numPr>
          <w:ilvl w:val="0"/>
          <w:numId w:val="0"/>
        </w:numPr>
        <w:spacing w:after="0"/>
        <w:ind w:left="360"/>
        <w:rPr>
          <w:rFonts w:asciiTheme="majorHAnsi" w:hAnsiTheme="majorHAnsi" w:cstheme="majorHAnsi"/>
          <w:sz w:val="20"/>
          <w:szCs w:val="20"/>
          <w:lang w:val="it-IT"/>
        </w:rPr>
      </w:pPr>
    </w:p>
    <w:p w14:paraId="69E9DB98" w14:textId="357FE784" w:rsidR="00D62859" w:rsidRPr="00AA0A70" w:rsidRDefault="00D80299" w:rsidP="00AA0A70">
      <w:pPr>
        <w:spacing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A0A70">
        <w:rPr>
          <w:rFonts w:asciiTheme="majorHAnsi" w:hAnsiTheme="majorHAnsi" w:cstheme="majorHAnsi"/>
          <w:b/>
          <w:sz w:val="20"/>
          <w:szCs w:val="20"/>
        </w:rPr>
        <w:t>NORME COMPORTAMENTALI</w:t>
      </w:r>
    </w:p>
    <w:p w14:paraId="6AA97E75" w14:textId="72690CAA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4B9A572C" w14:textId="5A80F966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seguire le indicazioni fornite dal personale scolastico;</w:t>
      </w:r>
    </w:p>
    <w:p w14:paraId="7B0EFD9C" w14:textId="1C43C1CD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utilizzare esclusivamente gli spazi autorizzati;</w:t>
      </w:r>
    </w:p>
    <w:p w14:paraId="09244695" w14:textId="77D788B3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non interferire con le attività didattiche in corso;</w:t>
      </w:r>
    </w:p>
    <w:p w14:paraId="7C77568F" w14:textId="77777777" w:rsidR="00AA0A70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rispettare gli orari concordati per l'accesso.</w:t>
      </w:r>
    </w:p>
    <w:p w14:paraId="0FDCF425" w14:textId="77777777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</w:p>
    <w:p w14:paraId="57E59A6E" w14:textId="0940A3EA" w:rsidR="00D62859" w:rsidRPr="00AA0A70" w:rsidRDefault="00D80299" w:rsidP="00AA0A70">
      <w:pPr>
        <w:spacing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A0A70">
        <w:rPr>
          <w:rFonts w:asciiTheme="majorHAnsi" w:hAnsiTheme="majorHAnsi" w:cstheme="majorHAnsi"/>
          <w:b/>
          <w:sz w:val="20"/>
          <w:szCs w:val="20"/>
        </w:rPr>
        <w:t>SICUREZZA E SALUTE</w:t>
      </w:r>
    </w:p>
    <w:p w14:paraId="633A2D37" w14:textId="6BF34CE3" w:rsidR="00AA0A70" w:rsidRPr="00AA0A70" w:rsidRDefault="00AA0A70" w:rsidP="00AA0A70">
      <w:pPr>
        <w:spacing w:after="0"/>
        <w:rPr>
          <w:rFonts w:asciiTheme="majorHAnsi" w:hAnsiTheme="majorHAnsi" w:cstheme="majorHAnsi"/>
          <w:sz w:val="20"/>
          <w:szCs w:val="20"/>
        </w:rPr>
      </w:pPr>
      <w:r w:rsidRPr="00AA0A70">
        <w:rPr>
          <w:rFonts w:asciiTheme="majorHAnsi" w:hAnsiTheme="majorHAnsi" w:cstheme="majorHAnsi"/>
          <w:sz w:val="20"/>
          <w:szCs w:val="20"/>
        </w:rPr>
        <w:t>DICHIARO:</w:t>
      </w:r>
    </w:p>
    <w:p w14:paraId="1E624DF2" w14:textId="1E82526F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essere a conoscenza delle vie di fuga e delle norme di sicurezza dell'Istituto;</w:t>
      </w:r>
    </w:p>
    <w:p w14:paraId="3C550A8A" w14:textId="6D11EBC5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impegnarsi a segnalare immediatamente al personale scolastico eventuali situazioni di pericolo;</w:t>
      </w:r>
    </w:p>
    <w:p w14:paraId="258230DE" w14:textId="5B0528F5" w:rsidR="00D62859" w:rsidRPr="00AA0A70" w:rsidRDefault="00AA0A70" w:rsidP="00AA0A70">
      <w:pPr>
        <w:pStyle w:val="Puntoelenco"/>
        <w:numPr>
          <w:ilvl w:val="0"/>
          <w:numId w:val="11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d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i non introdurre oggetti o materiali pericolosi nell'Istituto.</w:t>
      </w:r>
    </w:p>
    <w:p w14:paraId="4037F07B" w14:textId="36C25719" w:rsidR="00AA0A70" w:rsidRPr="00AA0A70" w:rsidRDefault="00AA0A70" w:rsidP="00CD77C8">
      <w:pPr>
        <w:pStyle w:val="Puntoelenco"/>
        <w:numPr>
          <w:ilvl w:val="0"/>
          <w:numId w:val="0"/>
        </w:numPr>
        <w:spacing w:after="0"/>
        <w:rPr>
          <w:rFonts w:asciiTheme="majorHAnsi" w:hAnsiTheme="majorHAnsi" w:cstheme="majorHAnsi"/>
          <w:sz w:val="20"/>
          <w:szCs w:val="20"/>
          <w:lang w:val="it-IT"/>
        </w:rPr>
      </w:pPr>
    </w:p>
    <w:p w14:paraId="30ECB810" w14:textId="64A72E08" w:rsidR="00CD77C8" w:rsidRDefault="00D80299" w:rsidP="00CD77C8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Luogo e data: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</w:t>
      </w:r>
      <w:r w:rsidR="00756A51">
        <w:rPr>
          <w:rFonts w:asciiTheme="majorHAnsi" w:hAnsiTheme="majorHAnsi" w:cstheme="majorHAnsi"/>
          <w:sz w:val="20"/>
          <w:szCs w:val="20"/>
          <w:lang w:val="it-IT"/>
        </w:rPr>
        <w:t>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                          </w:t>
      </w:r>
      <w:r w:rsidR="00AA0A70">
        <w:rPr>
          <w:rFonts w:asciiTheme="majorHAnsi" w:hAnsiTheme="majorHAnsi" w:cstheme="majorHAnsi"/>
          <w:sz w:val="20"/>
          <w:szCs w:val="20"/>
          <w:lang w:val="it-IT"/>
        </w:rPr>
        <w:t xml:space="preserve">                    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Firma per accettazione ________________________________</w:t>
      </w:r>
    </w:p>
    <w:p w14:paraId="1AEF5641" w14:textId="77777777" w:rsidR="00CD77C8" w:rsidRPr="00CD77C8" w:rsidRDefault="00CD77C8" w:rsidP="00CD77C8">
      <w:pPr>
        <w:spacing w:line="240" w:lineRule="auto"/>
        <w:rPr>
          <w:rFonts w:asciiTheme="majorHAnsi" w:hAnsiTheme="majorHAnsi" w:cstheme="majorHAnsi"/>
          <w:sz w:val="20"/>
          <w:szCs w:val="20"/>
          <w:lang w:val="it-IT"/>
        </w:rPr>
      </w:pPr>
    </w:p>
    <w:p w14:paraId="362A681E" w14:textId="08AB5BC8" w:rsidR="00D62859" w:rsidRPr="00AA0A70" w:rsidRDefault="00D80299" w:rsidP="00CD77C8">
      <w:pPr>
        <w:pStyle w:val="Titolo2"/>
        <w:spacing w:line="240" w:lineRule="auto"/>
        <w:jc w:val="center"/>
        <w:rPr>
          <w:rFonts w:cstheme="majorHAnsi"/>
          <w:color w:val="auto"/>
          <w:sz w:val="20"/>
          <w:szCs w:val="20"/>
          <w:lang w:val="it-IT"/>
        </w:rPr>
      </w:pPr>
      <w:r w:rsidRPr="00AA0A70">
        <w:rPr>
          <w:rFonts w:cstheme="majorHAnsi"/>
          <w:color w:val="auto"/>
          <w:sz w:val="20"/>
          <w:szCs w:val="20"/>
          <w:lang w:val="it-IT"/>
        </w:rPr>
        <w:t>CONSENSO AL TRATTAMENTO DEI DATI PERSONALI</w:t>
      </w:r>
    </w:p>
    <w:p w14:paraId="6057B00D" w14:textId="3E1EA636" w:rsidR="00AA0A70" w:rsidRPr="00AA0A70" w:rsidRDefault="00D80299" w:rsidP="00AA0A70">
      <w:pPr>
        <w:rPr>
          <w:rFonts w:asciiTheme="majorHAnsi" w:hAnsiTheme="majorHAnsi" w:cstheme="majorHAnsi"/>
          <w:sz w:val="20"/>
          <w:szCs w:val="20"/>
          <w:lang w:val="it-IT"/>
        </w:rPr>
      </w:pPr>
      <w:r w:rsidRPr="00AA0A70">
        <w:rPr>
          <w:rFonts w:asciiTheme="majorHAnsi" w:hAnsiTheme="majorHAnsi" w:cstheme="majorHAnsi"/>
          <w:sz w:val="20"/>
          <w:szCs w:val="20"/>
          <w:lang w:val="it-IT"/>
        </w:rPr>
        <w:t>Ai sensi del Regolamento UE 2016/679</w:t>
      </w:r>
      <w:r w:rsidR="000B1832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  <w:r w:rsidR="000B1832" w:rsidRPr="000B1832">
        <w:rPr>
          <w:rFonts w:asciiTheme="majorHAnsi" w:hAnsiTheme="majorHAnsi" w:cstheme="majorHAnsi"/>
          <w:sz w:val="20"/>
          <w:szCs w:val="20"/>
          <w:lang w:val="it-IT"/>
        </w:rPr>
        <w:t>(GDPR)</w:t>
      </w:r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e del </w:t>
      </w:r>
      <w:proofErr w:type="spellStart"/>
      <w:proofErr w:type="gramStart"/>
      <w:r w:rsidRPr="00AA0A70">
        <w:rPr>
          <w:rFonts w:asciiTheme="majorHAnsi" w:hAnsiTheme="majorHAnsi" w:cstheme="majorHAnsi"/>
          <w:sz w:val="20"/>
          <w:szCs w:val="20"/>
          <w:lang w:val="it-IT"/>
        </w:rPr>
        <w:t>D.Lgs</w:t>
      </w:r>
      <w:proofErr w:type="gramEnd"/>
      <w:r w:rsidRPr="00AA0A70">
        <w:rPr>
          <w:rFonts w:asciiTheme="majorHAnsi" w:hAnsiTheme="majorHAnsi" w:cstheme="majorHAnsi"/>
          <w:sz w:val="20"/>
          <w:szCs w:val="20"/>
          <w:lang w:val="it-IT"/>
        </w:rPr>
        <w:t>.</w:t>
      </w:r>
      <w:proofErr w:type="spellEnd"/>
      <w:r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 196/2003 e </w:t>
      </w:r>
      <w:proofErr w:type="spellStart"/>
      <w:r w:rsidRPr="00AA0A70">
        <w:rPr>
          <w:rFonts w:asciiTheme="majorHAnsi" w:hAnsiTheme="majorHAnsi" w:cstheme="majorHAnsi"/>
          <w:sz w:val="20"/>
          <w:szCs w:val="20"/>
          <w:lang w:val="it-IT"/>
        </w:rPr>
        <w:t>s.m.i.</w:t>
      </w:r>
      <w:proofErr w:type="spellEnd"/>
      <w:r w:rsidRPr="00AA0A70">
        <w:rPr>
          <w:rFonts w:asciiTheme="majorHAnsi" w:hAnsiTheme="majorHAnsi" w:cstheme="majorHAnsi"/>
          <w:sz w:val="20"/>
          <w:szCs w:val="20"/>
          <w:lang w:val="it-IT"/>
        </w:rPr>
        <w:t>, autorizzo il trattamento dei miei dati personali per le finalità connesse alla gestione dell'accesso all'Istituto.</w:t>
      </w:r>
    </w:p>
    <w:p w14:paraId="30DEE339" w14:textId="464113CE" w:rsidR="00AA0A70" w:rsidRDefault="00756A51" w:rsidP="00756A51">
      <w:pPr>
        <w:tabs>
          <w:tab w:val="left" w:pos="5670"/>
        </w:tabs>
        <w:jc w:val="center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 xml:space="preserve">                                                                                                                          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 xml:space="preserve">Firma   </w:t>
      </w:r>
      <w:r w:rsidR="00D80299" w:rsidRPr="00AA0A70">
        <w:rPr>
          <w:rFonts w:asciiTheme="majorHAnsi" w:hAnsiTheme="majorHAnsi" w:cstheme="majorHAnsi"/>
          <w:sz w:val="20"/>
          <w:szCs w:val="20"/>
          <w:lang w:val="it-IT"/>
        </w:rPr>
        <w:t>_______________________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___________</w:t>
      </w:r>
      <w:r>
        <w:rPr>
          <w:rFonts w:asciiTheme="majorHAnsi" w:hAnsiTheme="majorHAnsi" w:cstheme="majorHAnsi"/>
          <w:sz w:val="20"/>
          <w:szCs w:val="20"/>
          <w:lang w:val="it-IT"/>
        </w:rPr>
        <w:t>__________</w:t>
      </w:r>
    </w:p>
    <w:p w14:paraId="1A2352E3" w14:textId="0F6AAA9A" w:rsidR="00CD77C8" w:rsidRPr="00CD77C8" w:rsidRDefault="00CD77C8" w:rsidP="00CD77C8">
      <w:pPr>
        <w:tabs>
          <w:tab w:val="left" w:pos="4962"/>
        </w:tabs>
        <w:jc w:val="center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>-------------------------------------------------------------------------------------------------------------------------------------------------------------------------------</w:t>
      </w:r>
      <w:r w:rsidRPr="00DC089F">
        <w:rPr>
          <w:noProof/>
          <w:lang w:val="it-IT" w:eastAsia="it-IT"/>
        </w:rPr>
        <w:drawing>
          <wp:inline distT="0" distB="0" distL="0" distR="0" wp14:anchorId="02C68D6A" wp14:editId="162BC9D1">
            <wp:extent cx="438150" cy="427619"/>
            <wp:effectExtent l="0" t="0" r="0" b="0"/>
            <wp:docPr id="1" name="Immagine 4" descr="Logo del Ministero dell'Istruzione e del Merito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4" descr="Logo del Ministero dell'Istruzione e del Merito" title="Log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4026" t="63898" r="46600" b="16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2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587CC" w14:textId="4707B32B" w:rsidR="00CD77C8" w:rsidRPr="00CD77C8" w:rsidRDefault="00CD77C8" w:rsidP="007D05B5">
      <w:pPr>
        <w:pStyle w:val="Corpotesto"/>
        <w:spacing w:after="0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="Verdana" w:hAnsi="Verdana" w:cs="Tahoma"/>
          <w:b/>
          <w:sz w:val="16"/>
          <w:szCs w:val="16"/>
        </w:rPr>
        <w:t xml:space="preserve">                                                                    </w:t>
      </w:r>
      <w:proofErr w:type="spellStart"/>
      <w:r w:rsidRPr="00CD77C8">
        <w:rPr>
          <w:rFonts w:ascii="Verdana" w:hAnsi="Verdana" w:cs="Tahoma"/>
          <w:b/>
          <w:sz w:val="16"/>
          <w:szCs w:val="16"/>
        </w:rPr>
        <w:t>Ministero</w:t>
      </w:r>
      <w:proofErr w:type="spellEnd"/>
      <w:r w:rsidRPr="00CD77C8">
        <w:rPr>
          <w:rFonts w:ascii="Verdana" w:hAnsi="Verdana" w:cs="Tahoma"/>
          <w:b/>
          <w:sz w:val="16"/>
          <w:szCs w:val="16"/>
        </w:rPr>
        <w:t xml:space="preserve"> </w:t>
      </w:r>
      <w:proofErr w:type="spellStart"/>
      <w:r w:rsidRPr="00CD77C8">
        <w:rPr>
          <w:rFonts w:ascii="Verdana" w:hAnsi="Verdana" w:cs="Tahoma"/>
          <w:b/>
          <w:sz w:val="16"/>
          <w:szCs w:val="16"/>
        </w:rPr>
        <w:t>dell’Istruzione</w:t>
      </w:r>
      <w:proofErr w:type="spellEnd"/>
      <w:r w:rsidRPr="00CD77C8">
        <w:rPr>
          <w:rFonts w:ascii="Verdana" w:hAnsi="Verdana" w:cs="Tahoma"/>
          <w:b/>
          <w:sz w:val="16"/>
          <w:szCs w:val="16"/>
        </w:rPr>
        <w:t xml:space="preserve"> e </w:t>
      </w:r>
      <w:proofErr w:type="gramStart"/>
      <w:r w:rsidRPr="00CD77C8">
        <w:rPr>
          <w:rFonts w:ascii="Verdana" w:hAnsi="Verdana" w:cs="Tahoma"/>
          <w:b/>
          <w:sz w:val="16"/>
          <w:szCs w:val="16"/>
        </w:rPr>
        <w:t>del</w:t>
      </w:r>
      <w:proofErr w:type="gramEnd"/>
      <w:r w:rsidRPr="00CD77C8">
        <w:rPr>
          <w:rFonts w:ascii="Verdana" w:hAnsi="Verdana" w:cs="Tahoma"/>
          <w:b/>
          <w:sz w:val="16"/>
          <w:szCs w:val="16"/>
        </w:rPr>
        <w:t xml:space="preserve"> </w:t>
      </w:r>
      <w:proofErr w:type="spellStart"/>
      <w:r w:rsidRPr="00CD77C8">
        <w:rPr>
          <w:rFonts w:ascii="Verdana" w:hAnsi="Verdana" w:cs="Tahoma"/>
          <w:b/>
          <w:sz w:val="16"/>
          <w:szCs w:val="16"/>
        </w:rPr>
        <w:t>Merito</w:t>
      </w:r>
      <w:proofErr w:type="spellEnd"/>
    </w:p>
    <w:p w14:paraId="77C74CC3" w14:textId="7396E66A" w:rsidR="00CD77C8" w:rsidRPr="00CD77C8" w:rsidRDefault="00CD77C8" w:rsidP="007D05B5">
      <w:pPr>
        <w:tabs>
          <w:tab w:val="right" w:pos="9441"/>
        </w:tabs>
        <w:spacing w:after="0"/>
        <w:ind w:right="423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                                                                     </w:t>
      </w:r>
      <w:r w:rsidRPr="00CD77C8">
        <w:rPr>
          <w:rFonts w:ascii="Verdana" w:hAnsi="Verdana"/>
          <w:b/>
          <w:sz w:val="16"/>
          <w:szCs w:val="16"/>
        </w:rPr>
        <w:t>ISTITUTO COMPRENSIVO di ESINE</w:t>
      </w:r>
    </w:p>
    <w:p w14:paraId="36800309" w14:textId="7615E271" w:rsidR="00CD77C8" w:rsidRPr="00CD77C8" w:rsidRDefault="004D4B43" w:rsidP="00CD77C8">
      <w:pPr>
        <w:spacing w:after="0"/>
        <w:rPr>
          <w:rFonts w:asciiTheme="majorHAnsi" w:hAnsiTheme="majorHAnsi" w:cstheme="majorHAnsi"/>
          <w:sz w:val="18"/>
          <w:szCs w:val="18"/>
          <w:lang w:val="it-IT"/>
        </w:rPr>
      </w:pPr>
      <w:r w:rsidRPr="00CD77C8">
        <w:rPr>
          <w:rFonts w:asciiTheme="majorHAnsi" w:hAnsiTheme="majorHAnsi" w:cstheme="majorHAnsi"/>
          <w:sz w:val="18"/>
          <w:szCs w:val="18"/>
          <w:lang w:val="it-IT"/>
        </w:rPr>
        <w:t>Protocollo informatico</w:t>
      </w:r>
      <w:r w:rsidR="00AE500C" w:rsidRPr="00CD77C8">
        <w:rPr>
          <w:rFonts w:asciiTheme="majorHAnsi" w:hAnsiTheme="majorHAnsi" w:cstheme="majorHAnsi"/>
          <w:sz w:val="18"/>
          <w:szCs w:val="18"/>
          <w:lang w:val="it-IT"/>
        </w:rPr>
        <w:t xml:space="preserve"> </w:t>
      </w:r>
      <w:r w:rsidRPr="00CD77C8">
        <w:rPr>
          <w:rFonts w:asciiTheme="majorHAnsi" w:hAnsiTheme="majorHAnsi" w:cstheme="majorHAnsi"/>
          <w:sz w:val="18"/>
          <w:szCs w:val="18"/>
          <w:lang w:val="it-IT"/>
        </w:rPr>
        <w:t>e data (si veda segnatura)</w:t>
      </w:r>
    </w:p>
    <w:p w14:paraId="62DD9B58" w14:textId="432A3EE8" w:rsidR="00CD77C8" w:rsidRDefault="00CD77C8" w:rsidP="007D05B5">
      <w:pPr>
        <w:pStyle w:val="Pidipagina"/>
        <w:rPr>
          <w:rFonts w:asciiTheme="majorHAnsi" w:hAnsiTheme="majorHAnsi" w:cstheme="majorHAnsi"/>
          <w:b/>
          <w:sz w:val="20"/>
          <w:szCs w:val="20"/>
          <w:lang w:val="it-IT"/>
        </w:rPr>
      </w:pPr>
    </w:p>
    <w:p w14:paraId="000C0E9C" w14:textId="0D40E60B" w:rsidR="00CD77C8" w:rsidRPr="00CD77C8" w:rsidRDefault="00081B9A" w:rsidP="00CD77C8">
      <w:pPr>
        <w:pStyle w:val="Pidipagina"/>
        <w:jc w:val="center"/>
        <w:rPr>
          <w:rFonts w:asciiTheme="majorHAnsi" w:hAnsiTheme="majorHAnsi" w:cstheme="majorHAnsi"/>
          <w:b/>
          <w:sz w:val="20"/>
          <w:szCs w:val="20"/>
          <w:lang w:val="it-IT"/>
        </w:rPr>
      </w:pPr>
      <w:r w:rsidRPr="00CD77C8">
        <w:rPr>
          <w:rFonts w:asciiTheme="majorHAnsi" w:hAnsiTheme="majorHAnsi" w:cstheme="majorHAnsi"/>
          <w:b/>
          <w:sz w:val="20"/>
          <w:szCs w:val="20"/>
          <w:lang w:val="it-IT"/>
        </w:rPr>
        <w:t>AUTORIZZAZIONE CONCESSA</w:t>
      </w:r>
    </w:p>
    <w:p w14:paraId="38F69FA0" w14:textId="77777777" w:rsidR="007D05B5" w:rsidRDefault="00081B9A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 xml:space="preserve">       </w:t>
      </w:r>
      <w:r w:rsidR="002D67A6">
        <w:rPr>
          <w:rFonts w:asciiTheme="majorHAnsi" w:hAnsiTheme="majorHAnsi" w:cstheme="majorHAnsi"/>
          <w:sz w:val="20"/>
          <w:szCs w:val="20"/>
          <w:lang w:val="it-IT"/>
        </w:rPr>
        <w:tab/>
      </w:r>
      <w:r w:rsidR="002D67A6">
        <w:rPr>
          <w:rFonts w:asciiTheme="majorHAnsi" w:hAnsiTheme="majorHAnsi" w:cstheme="majorHAnsi"/>
          <w:sz w:val="20"/>
          <w:szCs w:val="20"/>
          <w:lang w:val="it-IT"/>
        </w:rPr>
        <w:tab/>
      </w:r>
    </w:p>
    <w:p w14:paraId="5349B116" w14:textId="77777777" w:rsidR="007D05B5" w:rsidRDefault="007D05B5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ab/>
      </w:r>
      <w:r>
        <w:rPr>
          <w:rFonts w:asciiTheme="majorHAnsi" w:hAnsiTheme="majorHAnsi" w:cstheme="majorHAnsi"/>
          <w:sz w:val="20"/>
          <w:szCs w:val="20"/>
          <w:lang w:val="it-IT"/>
        </w:rPr>
        <w:tab/>
      </w:r>
    </w:p>
    <w:p w14:paraId="468BBF1A" w14:textId="34304319" w:rsidR="00081B9A" w:rsidRDefault="007D05B5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ab/>
      </w:r>
      <w:r>
        <w:rPr>
          <w:rFonts w:asciiTheme="majorHAnsi" w:hAnsiTheme="majorHAnsi" w:cstheme="majorHAnsi"/>
          <w:sz w:val="20"/>
          <w:szCs w:val="20"/>
          <w:lang w:val="it-IT"/>
        </w:rPr>
        <w:tab/>
      </w:r>
      <w:r w:rsidR="00081B9A">
        <w:rPr>
          <w:rFonts w:asciiTheme="majorHAnsi" w:hAnsiTheme="majorHAnsi" w:cstheme="majorHAnsi"/>
          <w:sz w:val="20"/>
          <w:szCs w:val="20"/>
          <w:lang w:val="it-IT"/>
        </w:rPr>
        <w:t>La Dirigente Scolastica</w:t>
      </w:r>
    </w:p>
    <w:p w14:paraId="6430C991" w14:textId="227680FE" w:rsidR="00081B9A" w:rsidRDefault="00081B9A" w:rsidP="007B5639">
      <w:pPr>
        <w:pStyle w:val="Pidipagina"/>
        <w:rPr>
          <w:rFonts w:asciiTheme="majorHAnsi" w:hAnsiTheme="majorHAnsi" w:cstheme="majorHAnsi"/>
          <w:sz w:val="20"/>
          <w:szCs w:val="20"/>
          <w:lang w:val="it-IT"/>
        </w:rPr>
      </w:pPr>
      <w:r>
        <w:rPr>
          <w:rFonts w:asciiTheme="majorHAnsi" w:hAnsiTheme="majorHAnsi" w:cstheme="majorHAnsi"/>
          <w:sz w:val="20"/>
          <w:szCs w:val="20"/>
          <w:lang w:val="it-IT"/>
        </w:rPr>
        <w:t xml:space="preserve">             </w:t>
      </w:r>
      <w:r w:rsidR="002D67A6">
        <w:rPr>
          <w:rFonts w:asciiTheme="majorHAnsi" w:hAnsiTheme="majorHAnsi" w:cstheme="majorHAnsi"/>
          <w:sz w:val="20"/>
          <w:szCs w:val="20"/>
          <w:lang w:val="it-IT"/>
        </w:rPr>
        <w:tab/>
        <w:t xml:space="preserve">                                                                                                                                                                  </w:t>
      </w:r>
      <w:r w:rsidR="00AA0A70" w:rsidRPr="00AA0A70">
        <w:rPr>
          <w:rFonts w:asciiTheme="majorHAnsi" w:hAnsiTheme="majorHAnsi" w:cstheme="majorHAnsi"/>
          <w:sz w:val="20"/>
          <w:szCs w:val="20"/>
          <w:lang w:val="it-IT"/>
        </w:rPr>
        <w:t>Lucia Rinchetti</w:t>
      </w:r>
      <w:r w:rsidR="007B5639" w:rsidRPr="007B5639">
        <w:rPr>
          <w:rFonts w:asciiTheme="majorHAnsi" w:hAnsiTheme="majorHAnsi" w:cstheme="majorHAnsi"/>
          <w:sz w:val="20"/>
          <w:szCs w:val="20"/>
          <w:lang w:val="it-IT"/>
        </w:rPr>
        <w:t xml:space="preserve"> </w:t>
      </w:r>
    </w:p>
    <w:p w14:paraId="12DFF9DD" w14:textId="137D3475" w:rsidR="00CD77C8" w:rsidRPr="00081B9A" w:rsidRDefault="00CD77C8" w:rsidP="00CD77C8">
      <w:pPr>
        <w:pStyle w:val="Pidipagina"/>
        <w:rPr>
          <w:rFonts w:asciiTheme="majorHAnsi" w:hAnsiTheme="majorHAnsi" w:cstheme="majorHAnsi"/>
          <w:sz w:val="16"/>
          <w:szCs w:val="16"/>
          <w:lang w:val="it-IT"/>
        </w:rPr>
      </w:pPr>
      <w:r>
        <w:rPr>
          <w:rFonts w:asciiTheme="majorHAnsi" w:hAnsiTheme="majorHAnsi" w:cstheme="majorHAnsi"/>
          <w:sz w:val="16"/>
          <w:szCs w:val="16"/>
          <w:lang w:val="it-IT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081B9A">
        <w:rPr>
          <w:rFonts w:asciiTheme="majorHAnsi" w:hAnsiTheme="majorHAnsi" w:cstheme="majorHAnsi"/>
          <w:sz w:val="16"/>
          <w:szCs w:val="16"/>
          <w:lang w:val="it-IT"/>
        </w:rPr>
        <w:t>(firma</w:t>
      </w:r>
      <w:r w:rsidR="00D44CAE">
        <w:rPr>
          <w:rFonts w:asciiTheme="majorHAnsi" w:hAnsiTheme="majorHAnsi" w:cstheme="majorHAnsi"/>
          <w:sz w:val="16"/>
          <w:szCs w:val="16"/>
          <w:lang w:val="it-IT"/>
        </w:rPr>
        <w:t>to digitalmente</w:t>
      </w:r>
      <w:r w:rsidRPr="00081B9A">
        <w:rPr>
          <w:rFonts w:asciiTheme="majorHAnsi" w:hAnsiTheme="majorHAnsi" w:cstheme="majorHAnsi"/>
          <w:sz w:val="16"/>
          <w:szCs w:val="16"/>
          <w:lang w:val="it-IT"/>
        </w:rPr>
        <w:t xml:space="preserve"> ai sensi del D. </w:t>
      </w:r>
      <w:proofErr w:type="spellStart"/>
      <w:r w:rsidRPr="00081B9A">
        <w:rPr>
          <w:rFonts w:asciiTheme="majorHAnsi" w:hAnsiTheme="majorHAnsi" w:cstheme="majorHAnsi"/>
          <w:sz w:val="16"/>
          <w:szCs w:val="16"/>
          <w:lang w:val="it-IT"/>
        </w:rPr>
        <w:t>Lgs</w:t>
      </w:r>
      <w:proofErr w:type="spellEnd"/>
      <w:r w:rsidRPr="00081B9A">
        <w:rPr>
          <w:rFonts w:asciiTheme="majorHAnsi" w:hAnsiTheme="majorHAnsi" w:cstheme="majorHAnsi"/>
          <w:sz w:val="16"/>
          <w:szCs w:val="16"/>
          <w:lang w:val="it-IT"/>
        </w:rPr>
        <w:t xml:space="preserve"> 82/2005 e </w:t>
      </w:r>
      <w:proofErr w:type="spellStart"/>
      <w:r w:rsidRPr="00081B9A">
        <w:rPr>
          <w:rFonts w:asciiTheme="majorHAnsi" w:hAnsiTheme="majorHAnsi" w:cstheme="majorHAnsi"/>
          <w:sz w:val="16"/>
          <w:szCs w:val="16"/>
          <w:lang w:val="it-IT"/>
        </w:rPr>
        <w:t>s.m.i.</w:t>
      </w:r>
      <w:proofErr w:type="spellEnd"/>
      <w:r w:rsidRPr="00081B9A">
        <w:rPr>
          <w:rFonts w:asciiTheme="majorHAnsi" w:hAnsiTheme="majorHAnsi" w:cstheme="majorHAnsi"/>
          <w:sz w:val="16"/>
          <w:szCs w:val="16"/>
          <w:lang w:val="it-IT"/>
        </w:rPr>
        <w:t xml:space="preserve">)  </w:t>
      </w:r>
    </w:p>
    <w:sectPr w:rsidR="00CD77C8" w:rsidRPr="00081B9A" w:rsidSect="007D05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F1DE4" w14:textId="77777777" w:rsidR="0021558D" w:rsidRDefault="0021558D" w:rsidP="00F8239A">
      <w:pPr>
        <w:spacing w:after="0" w:line="240" w:lineRule="auto"/>
      </w:pPr>
      <w:r>
        <w:separator/>
      </w:r>
    </w:p>
  </w:endnote>
  <w:endnote w:type="continuationSeparator" w:id="0">
    <w:p w14:paraId="7946D552" w14:textId="77777777" w:rsidR="0021558D" w:rsidRDefault="0021558D" w:rsidP="00F82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86E60" w14:textId="77777777" w:rsidR="00F8239A" w:rsidRDefault="00F8239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327C7" w14:textId="77777777" w:rsidR="00F8239A" w:rsidRDefault="00F8239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2057" w14:textId="77777777" w:rsidR="00F8239A" w:rsidRDefault="00F8239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4EF8A" w14:textId="77777777" w:rsidR="0021558D" w:rsidRDefault="0021558D" w:rsidP="00F8239A">
      <w:pPr>
        <w:spacing w:after="0" w:line="240" w:lineRule="auto"/>
      </w:pPr>
      <w:r>
        <w:separator/>
      </w:r>
    </w:p>
  </w:footnote>
  <w:footnote w:type="continuationSeparator" w:id="0">
    <w:p w14:paraId="47EA9C26" w14:textId="77777777" w:rsidR="0021558D" w:rsidRDefault="0021558D" w:rsidP="00F82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ACE45" w14:textId="77777777" w:rsidR="00F8239A" w:rsidRDefault="00F8239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6CF63" w14:textId="77777777" w:rsidR="00F8239A" w:rsidRDefault="00F8239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30D7C" w14:textId="77777777" w:rsidR="00F8239A" w:rsidRDefault="00F8239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AFC300B"/>
    <w:multiLevelType w:val="hybridMultilevel"/>
    <w:tmpl w:val="B504E9B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A1D18"/>
    <w:multiLevelType w:val="hybridMultilevel"/>
    <w:tmpl w:val="B82AC47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15372C"/>
    <w:multiLevelType w:val="hybridMultilevel"/>
    <w:tmpl w:val="C53897AC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182622"/>
    <w:multiLevelType w:val="hybridMultilevel"/>
    <w:tmpl w:val="5780285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EC7012"/>
    <w:multiLevelType w:val="hybridMultilevel"/>
    <w:tmpl w:val="4DB214E4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4B7C97"/>
    <w:multiLevelType w:val="hybridMultilevel"/>
    <w:tmpl w:val="0AF2497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C2AE7"/>
    <w:multiLevelType w:val="hybridMultilevel"/>
    <w:tmpl w:val="B4303F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5"/>
  </w:num>
  <w:num w:numId="11">
    <w:abstractNumId w:val="14"/>
  </w:num>
  <w:num w:numId="12">
    <w:abstractNumId w:val="10"/>
  </w:num>
  <w:num w:numId="13">
    <w:abstractNumId w:val="13"/>
  </w:num>
  <w:num w:numId="14">
    <w:abstractNumId w:val="9"/>
  </w:num>
  <w:num w:numId="15">
    <w:abstractNumId w:val="8"/>
  </w:num>
  <w:num w:numId="16">
    <w:abstractNumId w:val="11"/>
  </w:num>
  <w:num w:numId="17">
    <w:abstractNumId w:val="8"/>
  </w:num>
  <w:num w:numId="18">
    <w:abstractNumId w:val="8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hyphenationZone w:val="283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81B9A"/>
    <w:rsid w:val="000B1832"/>
    <w:rsid w:val="000B39EC"/>
    <w:rsid w:val="0015074B"/>
    <w:rsid w:val="001C192C"/>
    <w:rsid w:val="001E6210"/>
    <w:rsid w:val="0021558D"/>
    <w:rsid w:val="00257DFD"/>
    <w:rsid w:val="0027355E"/>
    <w:rsid w:val="0029639D"/>
    <w:rsid w:val="002D67A6"/>
    <w:rsid w:val="003160E7"/>
    <w:rsid w:val="00326F90"/>
    <w:rsid w:val="003576FD"/>
    <w:rsid w:val="004726C0"/>
    <w:rsid w:val="004D4B43"/>
    <w:rsid w:val="00610ED8"/>
    <w:rsid w:val="00736556"/>
    <w:rsid w:val="00756A51"/>
    <w:rsid w:val="007B5639"/>
    <w:rsid w:val="007D05B5"/>
    <w:rsid w:val="00820E87"/>
    <w:rsid w:val="008F4B6D"/>
    <w:rsid w:val="009305DA"/>
    <w:rsid w:val="00A05972"/>
    <w:rsid w:val="00AA0A70"/>
    <w:rsid w:val="00AA1D8D"/>
    <w:rsid w:val="00AA3F56"/>
    <w:rsid w:val="00AE500C"/>
    <w:rsid w:val="00B47730"/>
    <w:rsid w:val="00C74BC2"/>
    <w:rsid w:val="00CB0664"/>
    <w:rsid w:val="00CD77C8"/>
    <w:rsid w:val="00D44CAE"/>
    <w:rsid w:val="00D62859"/>
    <w:rsid w:val="00D80299"/>
    <w:rsid w:val="00E60232"/>
    <w:rsid w:val="00EA58D0"/>
    <w:rsid w:val="00F8239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04E4061"/>
  <w14:defaultImageDpi w14:val="330"/>
  <w15:docId w15:val="{1BA2EC3D-E710-4868-A521-0541F6ED7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Testosegnaposto">
    <w:name w:val="Placeholder Text"/>
    <w:basedOn w:val="Carpredefinitoparagrafo"/>
    <w:uiPriority w:val="99"/>
    <w:semiHidden/>
    <w:rsid w:val="00AA0A70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6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6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FB826-3655-4E37-A44E-300E524E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</vt:i4>
      </vt:variant>
    </vt:vector>
  </HeadingPairs>
  <TitlesOfParts>
    <vt:vector size="6" baseType="lpstr">
      <vt:lpstr/>
      <vt:lpstr>LIBERATORIA E ASSUNZIONE DI RESPONSABILITÀ</vt:lpstr>
      <vt:lpstr>PER L'ACCESSO ALL'ISTITUTO SCOLASTICO</vt:lpstr>
      <vt:lpstr>    CHIEDE</vt:lpstr>
      <vt:lpstr>        ASSUNZIONE DI RESPONSABILITÀ</vt:lpstr>
      <vt:lpstr>    CONSENSO AL TRATTAMENTO DEI DATI PERSONALI</vt:lpstr>
    </vt:vector>
  </TitlesOfParts>
  <Manager/>
  <Company/>
  <LinksUpToDate>false</LinksUpToDate>
  <CharactersWithSpaces>5127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PC5</dc:creator>
  <cp:keywords/>
  <dc:description/>
  <cp:lastModifiedBy>pc7esine</cp:lastModifiedBy>
  <cp:revision>27</cp:revision>
  <cp:lastPrinted>2026-10-07T06:44:00Z</cp:lastPrinted>
  <dcterms:created xsi:type="dcterms:W3CDTF">2026-08-21T09:23:00Z</dcterms:created>
  <dcterms:modified xsi:type="dcterms:W3CDTF">2026-10-07T07:48:00Z</dcterms:modified>
  <cp:category/>
</cp:coreProperties>
</file>