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9E2580" w14:textId="77777777" w:rsidR="00AA0A70" w:rsidRPr="00AA0A70" w:rsidRDefault="00D80299" w:rsidP="00AA0A70">
      <w:pPr>
        <w:pStyle w:val="Titolo1"/>
        <w:spacing w:before="0" w:line="240" w:lineRule="auto"/>
        <w:jc w:val="center"/>
        <w:rPr>
          <w:rFonts w:cstheme="majorHAnsi"/>
          <w:color w:val="auto"/>
          <w:sz w:val="20"/>
          <w:szCs w:val="20"/>
          <w:lang w:val="it-IT"/>
        </w:rPr>
      </w:pPr>
      <w:r w:rsidRPr="00AA0A70">
        <w:rPr>
          <w:rFonts w:cstheme="majorHAnsi"/>
          <w:color w:val="auto"/>
          <w:sz w:val="20"/>
          <w:szCs w:val="20"/>
          <w:lang w:val="it-IT"/>
        </w:rPr>
        <w:t>LIBERATORIA E ASSUNZIONE DI RESPONSABILITÀ</w:t>
      </w:r>
    </w:p>
    <w:p w14:paraId="3D351B77" w14:textId="53DE4231" w:rsidR="00D62859" w:rsidRPr="00AA0A70" w:rsidRDefault="00D80299" w:rsidP="00AA0A70">
      <w:pPr>
        <w:pStyle w:val="Titolo1"/>
        <w:spacing w:before="0" w:line="240" w:lineRule="auto"/>
        <w:jc w:val="center"/>
        <w:rPr>
          <w:rFonts w:cstheme="majorHAnsi"/>
          <w:color w:val="auto"/>
          <w:sz w:val="20"/>
          <w:szCs w:val="20"/>
          <w:lang w:val="it-IT"/>
        </w:rPr>
      </w:pPr>
      <w:r w:rsidRPr="00AA0A70">
        <w:rPr>
          <w:rFonts w:cstheme="majorHAnsi"/>
          <w:color w:val="auto"/>
          <w:sz w:val="20"/>
          <w:szCs w:val="20"/>
          <w:lang w:val="it-IT"/>
        </w:rPr>
        <w:t>PER L'ACCESSO ALL'ISTITUTO SCOLASTICO</w:t>
      </w:r>
    </w:p>
    <w:p w14:paraId="531E453A" w14:textId="77777777" w:rsidR="00AA0A70" w:rsidRPr="00AA0A70" w:rsidRDefault="00AA0A70" w:rsidP="00AA0A70">
      <w:pPr>
        <w:rPr>
          <w:rFonts w:asciiTheme="majorHAnsi" w:hAnsiTheme="majorHAnsi" w:cstheme="majorHAnsi"/>
          <w:sz w:val="20"/>
          <w:szCs w:val="20"/>
          <w:lang w:val="it-IT"/>
        </w:rPr>
      </w:pPr>
    </w:p>
    <w:p w14:paraId="396B7621" w14:textId="1F4DA74C" w:rsidR="00D62859" w:rsidRPr="00AA0A70" w:rsidRDefault="00AA0A70" w:rsidP="00AA0A70">
      <w:pPr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Io </w:t>
      </w:r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>sottoscritto/a ______________________________________</w:t>
      </w:r>
      <w:r w:rsidRPr="00AA0A70">
        <w:rPr>
          <w:rFonts w:asciiTheme="majorHAnsi" w:hAnsiTheme="majorHAnsi" w:cstheme="majorHAnsi"/>
          <w:sz w:val="20"/>
          <w:szCs w:val="20"/>
          <w:lang w:val="it-IT"/>
        </w:rPr>
        <w:t>____________________________________________________________</w:t>
      </w:r>
    </w:p>
    <w:p w14:paraId="6A9F97EB" w14:textId="5611819C" w:rsidR="00D62859" w:rsidRPr="00AA0A70" w:rsidRDefault="00D80299" w:rsidP="00AA0A70">
      <w:pPr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Nato/a </w:t>
      </w:r>
      <w:proofErr w:type="spellStart"/>
      <w:r w:rsidRPr="00AA0A70">
        <w:rPr>
          <w:rFonts w:asciiTheme="majorHAnsi" w:hAnsiTheme="majorHAnsi" w:cstheme="majorHAnsi"/>
          <w:sz w:val="20"/>
          <w:szCs w:val="20"/>
          <w:lang w:val="it-IT"/>
        </w:rPr>
        <w:t>a</w:t>
      </w:r>
      <w:proofErr w:type="spellEnd"/>
      <w:r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 _________________</w:t>
      </w:r>
      <w:r w:rsidR="00AA0A70"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_____________________________________ </w:t>
      </w:r>
      <w:r w:rsidRPr="00AA0A70">
        <w:rPr>
          <w:rFonts w:asciiTheme="majorHAnsi" w:hAnsiTheme="majorHAnsi" w:cstheme="majorHAnsi"/>
          <w:sz w:val="20"/>
          <w:szCs w:val="20"/>
          <w:lang w:val="it-IT"/>
        </w:rPr>
        <w:t>il ___</w:t>
      </w:r>
      <w:r w:rsidR="00AA0A70" w:rsidRPr="00AA0A70">
        <w:rPr>
          <w:rFonts w:asciiTheme="majorHAnsi" w:hAnsiTheme="majorHAnsi" w:cstheme="majorHAnsi"/>
          <w:sz w:val="20"/>
          <w:szCs w:val="20"/>
          <w:lang w:val="it-IT"/>
        </w:rPr>
        <w:t>_______</w:t>
      </w:r>
      <w:r w:rsidRPr="00AA0A70">
        <w:rPr>
          <w:rFonts w:asciiTheme="majorHAnsi" w:hAnsiTheme="majorHAnsi" w:cstheme="majorHAnsi"/>
          <w:sz w:val="20"/>
          <w:szCs w:val="20"/>
          <w:lang w:val="it-IT"/>
        </w:rPr>
        <w:t>/__</w:t>
      </w:r>
      <w:r w:rsidR="00AA0A70" w:rsidRPr="00AA0A70">
        <w:rPr>
          <w:rFonts w:asciiTheme="majorHAnsi" w:hAnsiTheme="majorHAnsi" w:cstheme="majorHAnsi"/>
          <w:sz w:val="20"/>
          <w:szCs w:val="20"/>
          <w:lang w:val="it-IT"/>
        </w:rPr>
        <w:t>______</w:t>
      </w:r>
      <w:r w:rsidRPr="00AA0A70">
        <w:rPr>
          <w:rFonts w:asciiTheme="majorHAnsi" w:hAnsiTheme="majorHAnsi" w:cstheme="majorHAnsi"/>
          <w:sz w:val="20"/>
          <w:szCs w:val="20"/>
          <w:lang w:val="it-IT"/>
        </w:rPr>
        <w:t>_/______</w:t>
      </w:r>
      <w:r w:rsidR="00AA0A70" w:rsidRPr="00AA0A70">
        <w:rPr>
          <w:rFonts w:asciiTheme="majorHAnsi" w:hAnsiTheme="majorHAnsi" w:cstheme="majorHAnsi"/>
          <w:sz w:val="20"/>
          <w:szCs w:val="20"/>
          <w:lang w:val="it-IT"/>
        </w:rPr>
        <w:t>________</w:t>
      </w:r>
    </w:p>
    <w:p w14:paraId="0793FA9A" w14:textId="48C8B351" w:rsidR="00D62859" w:rsidRPr="00AA0A70" w:rsidRDefault="00D80299" w:rsidP="00AA0A70">
      <w:pPr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Residente in _________________</w:t>
      </w:r>
      <w:r w:rsidR="00AA0A70"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____________________________ </w:t>
      </w:r>
      <w:r w:rsidRPr="00AA0A70">
        <w:rPr>
          <w:rFonts w:asciiTheme="majorHAnsi" w:hAnsiTheme="majorHAnsi" w:cstheme="majorHAnsi"/>
          <w:sz w:val="20"/>
          <w:szCs w:val="20"/>
          <w:lang w:val="it-IT"/>
        </w:rPr>
        <w:t>Via ________________________</w:t>
      </w:r>
      <w:r w:rsidR="00AA0A70" w:rsidRPr="00AA0A70">
        <w:rPr>
          <w:rFonts w:asciiTheme="majorHAnsi" w:hAnsiTheme="majorHAnsi" w:cstheme="majorHAnsi"/>
          <w:sz w:val="20"/>
          <w:szCs w:val="20"/>
          <w:lang w:val="it-IT"/>
        </w:rPr>
        <w:t>_______________</w:t>
      </w:r>
    </w:p>
    <w:p w14:paraId="53018C75" w14:textId="1792063E" w:rsidR="00D62859" w:rsidRPr="00AA0A70" w:rsidRDefault="00D80299" w:rsidP="00AA0A70">
      <w:pPr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Documento d'identità n° </w:t>
      </w:r>
      <w:r w:rsidR="00AA0A70" w:rsidRPr="00AA0A70">
        <w:rPr>
          <w:rFonts w:asciiTheme="majorHAnsi" w:hAnsiTheme="majorHAnsi" w:cstheme="majorHAnsi"/>
          <w:sz w:val="20"/>
          <w:szCs w:val="20"/>
          <w:lang w:val="it-IT"/>
        </w:rPr>
        <w:t>_____________________ rilasciato da ______________________________________________</w:t>
      </w:r>
    </w:p>
    <w:p w14:paraId="52C98237" w14:textId="69B3CD8F" w:rsidR="00AA0A70" w:rsidRPr="00AA0A70" w:rsidRDefault="00AA0A70" w:rsidP="00AA0A70">
      <w:pPr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Tel. ________________________________________ e-mail _________________________________________________</w:t>
      </w:r>
    </w:p>
    <w:p w14:paraId="7D764C47" w14:textId="487DFE25" w:rsidR="00D62859" w:rsidRPr="00AA0A70" w:rsidRDefault="00D62859">
      <w:pPr>
        <w:rPr>
          <w:rFonts w:asciiTheme="majorHAnsi" w:hAnsiTheme="majorHAnsi" w:cstheme="majorHAnsi"/>
          <w:sz w:val="20"/>
          <w:szCs w:val="20"/>
        </w:rPr>
      </w:pPr>
    </w:p>
    <w:p w14:paraId="3E592F96" w14:textId="1DE50F49" w:rsidR="00D62859" w:rsidRPr="00AA0A70" w:rsidRDefault="00D80299" w:rsidP="00AA0A70">
      <w:pPr>
        <w:pStyle w:val="Puntoelenco"/>
        <w:numPr>
          <w:ilvl w:val="0"/>
          <w:numId w:val="0"/>
        </w:numPr>
        <w:spacing w:line="240" w:lineRule="auto"/>
        <w:ind w:left="360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□ Genitore</w:t>
      </w:r>
      <w:r w:rsidRPr="00AA0A70">
        <w:rPr>
          <w:rFonts w:asciiTheme="majorHAnsi" w:hAnsiTheme="majorHAnsi" w:cstheme="majorHAnsi"/>
          <w:sz w:val="20"/>
          <w:szCs w:val="20"/>
          <w:lang w:val="it-IT"/>
        </w:rPr>
        <w:br/>
        <w:t xml:space="preserve">□ </w:t>
      </w:r>
      <w:r w:rsidRPr="000B39EC">
        <w:rPr>
          <w:rFonts w:asciiTheme="majorHAnsi" w:hAnsiTheme="majorHAnsi" w:cstheme="majorHAnsi"/>
          <w:sz w:val="20"/>
          <w:szCs w:val="20"/>
          <w:lang w:val="it-IT"/>
        </w:rPr>
        <w:t>Esperto esterno</w:t>
      </w:r>
      <w:r w:rsidR="00AA0A70" w:rsidRPr="000B39EC">
        <w:rPr>
          <w:rFonts w:asciiTheme="majorHAnsi" w:hAnsiTheme="majorHAnsi" w:cstheme="majorHAnsi"/>
          <w:sz w:val="20"/>
          <w:szCs w:val="20"/>
          <w:lang w:val="it-IT"/>
        </w:rPr>
        <w:t xml:space="preserve"> </w:t>
      </w:r>
      <w:r w:rsidR="00AA0A70" w:rsidRPr="00AA0A70">
        <w:rPr>
          <w:rFonts w:asciiTheme="majorHAnsi" w:hAnsiTheme="majorHAnsi" w:cstheme="majorHAnsi"/>
          <w:sz w:val="20"/>
          <w:szCs w:val="20"/>
          <w:lang w:val="it-IT"/>
        </w:rPr>
        <w:t>a titolo gratuito</w:t>
      </w:r>
      <w:r w:rsidRPr="00AA0A70">
        <w:rPr>
          <w:rFonts w:asciiTheme="majorHAnsi" w:hAnsiTheme="majorHAnsi" w:cstheme="majorHAnsi"/>
          <w:sz w:val="20"/>
          <w:szCs w:val="20"/>
          <w:lang w:val="it-IT"/>
        </w:rPr>
        <w:br/>
        <w:t>□ Altro (specificare) ___________________________________</w:t>
      </w:r>
      <w:r w:rsidR="00AA0A70" w:rsidRPr="00AA0A70">
        <w:rPr>
          <w:rFonts w:asciiTheme="majorHAnsi" w:hAnsiTheme="majorHAnsi" w:cstheme="majorHAnsi"/>
          <w:sz w:val="20"/>
          <w:szCs w:val="20"/>
          <w:lang w:val="it-IT"/>
        </w:rPr>
        <w:t>___________________________________________</w:t>
      </w:r>
    </w:p>
    <w:p w14:paraId="4554C0BD" w14:textId="77777777" w:rsidR="00AA0A70" w:rsidRPr="00AA0A70" w:rsidRDefault="00AA0A70" w:rsidP="00AA0A70">
      <w:pPr>
        <w:pStyle w:val="Titolo2"/>
        <w:jc w:val="center"/>
        <w:rPr>
          <w:rFonts w:cstheme="majorHAnsi"/>
          <w:color w:val="auto"/>
          <w:sz w:val="20"/>
          <w:szCs w:val="20"/>
          <w:lang w:val="it-IT"/>
        </w:rPr>
      </w:pPr>
    </w:p>
    <w:p w14:paraId="094AF1BD" w14:textId="716CA39A" w:rsidR="00AA0A70" w:rsidRPr="00AA0A70" w:rsidRDefault="00AA0A70" w:rsidP="00AA0A70">
      <w:pPr>
        <w:pStyle w:val="Titolo2"/>
        <w:jc w:val="center"/>
        <w:rPr>
          <w:rFonts w:cstheme="majorHAnsi"/>
          <w:color w:val="auto"/>
          <w:sz w:val="20"/>
          <w:szCs w:val="20"/>
          <w:lang w:val="it-IT"/>
        </w:rPr>
      </w:pPr>
      <w:r w:rsidRPr="00AA0A70">
        <w:rPr>
          <w:rFonts w:cstheme="majorHAnsi"/>
          <w:color w:val="auto"/>
          <w:sz w:val="20"/>
          <w:szCs w:val="20"/>
          <w:lang w:val="it-IT"/>
        </w:rPr>
        <w:t>CHIEDE</w:t>
      </w:r>
    </w:p>
    <w:p w14:paraId="30815E43" w14:textId="09DD9E82" w:rsidR="00AA0A70" w:rsidRPr="00AA0A70" w:rsidRDefault="00AA0A70" w:rsidP="00AA0A70">
      <w:pPr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di essere </w:t>
      </w:r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>autorizzat</w:t>
      </w:r>
      <w:r w:rsidRPr="00AA0A70">
        <w:rPr>
          <w:rFonts w:asciiTheme="majorHAnsi" w:hAnsiTheme="majorHAnsi" w:cstheme="majorHAnsi"/>
          <w:sz w:val="20"/>
          <w:szCs w:val="20"/>
          <w:lang w:val="it-IT"/>
        </w:rPr>
        <w:t>o all'ingresso presso:</w:t>
      </w:r>
    </w:p>
    <w:p w14:paraId="521D23BB" w14:textId="4B47159F" w:rsidR="00AA0A70" w:rsidRPr="00AA0A70" w:rsidRDefault="00AA0A70" w:rsidP="00AA0A70">
      <w:pPr>
        <w:pStyle w:val="Paragrafoelenco"/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□ Scuola Infanzia Esine</w:t>
      </w:r>
    </w:p>
    <w:p w14:paraId="21FD654E" w14:textId="4E3E5404" w:rsidR="00AA0A70" w:rsidRPr="00AA0A70" w:rsidRDefault="00AA0A70" w:rsidP="00AA0A70">
      <w:pPr>
        <w:pStyle w:val="Paragrafoelenco"/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□ Scuola Infanzia Sacca</w:t>
      </w:r>
    </w:p>
    <w:p w14:paraId="3BAC1EB5" w14:textId="7ED9B5D4" w:rsidR="00AA0A70" w:rsidRPr="00AA0A70" w:rsidRDefault="00AA0A70" w:rsidP="00AA0A70">
      <w:pPr>
        <w:pStyle w:val="Paragrafoelenco"/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□ Scuola Infanzia Piamborno</w:t>
      </w:r>
    </w:p>
    <w:p w14:paraId="22874C4E" w14:textId="77B8B8DE" w:rsidR="00AA0A70" w:rsidRPr="00AA0A70" w:rsidRDefault="00AA0A70" w:rsidP="00AA0A70">
      <w:pPr>
        <w:pStyle w:val="Paragrafoelenco"/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□ Scuola Infanzia Cogno</w:t>
      </w:r>
    </w:p>
    <w:p w14:paraId="21E70F9D" w14:textId="0735A2C3" w:rsidR="00AA0A70" w:rsidRPr="00AA0A70" w:rsidRDefault="00AA0A70" w:rsidP="00AA0A70">
      <w:pPr>
        <w:pStyle w:val="Paragrafoelenco"/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□ Scuola Primaria Esine</w:t>
      </w:r>
    </w:p>
    <w:p w14:paraId="38F2DCCC" w14:textId="1363AE7C" w:rsidR="00AA0A70" w:rsidRPr="00AA0A70" w:rsidRDefault="00AA0A70" w:rsidP="00AA0A70">
      <w:pPr>
        <w:pStyle w:val="Paragrafoelenco"/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□ Scuola Primaria Sacca</w:t>
      </w:r>
    </w:p>
    <w:p w14:paraId="1D42E0AE" w14:textId="79CC0060" w:rsidR="00AA0A70" w:rsidRPr="00AA0A70" w:rsidRDefault="00AA0A70" w:rsidP="00AA0A70">
      <w:pPr>
        <w:pStyle w:val="Paragrafoelenco"/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□ Scuola Primaria Piamborno</w:t>
      </w:r>
    </w:p>
    <w:p w14:paraId="6DC12F97" w14:textId="3D23334C" w:rsidR="00AA0A70" w:rsidRPr="00AA0A70" w:rsidRDefault="00AA0A70" w:rsidP="00AA0A70">
      <w:pPr>
        <w:pStyle w:val="Paragrafoelenco"/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□ Scuola Secondaria I Grado Esine</w:t>
      </w:r>
    </w:p>
    <w:p w14:paraId="36EB84C2" w14:textId="22A6F8B1" w:rsidR="00AA0A70" w:rsidRDefault="00AA0A70" w:rsidP="00AA0A70">
      <w:pPr>
        <w:pStyle w:val="Paragrafoelenco"/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□ Scuola Secondaria I Grado Piamborno</w:t>
      </w:r>
    </w:p>
    <w:p w14:paraId="7A9F6062" w14:textId="4F4197BF" w:rsidR="000B39EC" w:rsidRDefault="000B39EC" w:rsidP="00AA0A70">
      <w:pPr>
        <w:pStyle w:val="Paragrafoelenco"/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</w:p>
    <w:p w14:paraId="226755E0" w14:textId="435D3D0F" w:rsidR="000B39EC" w:rsidRDefault="000B39EC" w:rsidP="00AA0A70">
      <w:pPr>
        <w:pStyle w:val="Paragrafoelenco"/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>
        <w:rPr>
          <w:rFonts w:asciiTheme="majorHAnsi" w:hAnsiTheme="majorHAnsi" w:cstheme="majorHAnsi"/>
          <w:sz w:val="20"/>
          <w:szCs w:val="20"/>
          <w:lang w:val="it-IT"/>
        </w:rPr>
        <w:t>(barrar</w:t>
      </w:r>
      <w:r w:rsidR="004726C0">
        <w:rPr>
          <w:rFonts w:asciiTheme="majorHAnsi" w:hAnsiTheme="majorHAnsi" w:cstheme="majorHAnsi"/>
          <w:sz w:val="20"/>
          <w:szCs w:val="20"/>
          <w:lang w:val="it-IT"/>
        </w:rPr>
        <w:t xml:space="preserve">e una delle seguenti opzioni: A. per il </w:t>
      </w:r>
      <w:r>
        <w:rPr>
          <w:rFonts w:asciiTheme="majorHAnsi" w:hAnsiTheme="majorHAnsi" w:cstheme="majorHAnsi"/>
          <w:sz w:val="20"/>
          <w:szCs w:val="20"/>
          <w:lang w:val="it-IT"/>
        </w:rPr>
        <w:t>giorno; B</w:t>
      </w:r>
      <w:r w:rsidR="004726C0">
        <w:rPr>
          <w:rFonts w:asciiTheme="majorHAnsi" w:hAnsiTheme="majorHAnsi" w:cstheme="majorHAnsi"/>
          <w:sz w:val="20"/>
          <w:szCs w:val="20"/>
          <w:lang w:val="it-IT"/>
        </w:rPr>
        <w:t>.</w:t>
      </w:r>
      <w:r>
        <w:rPr>
          <w:rFonts w:asciiTheme="majorHAnsi" w:hAnsiTheme="majorHAnsi" w:cstheme="majorHAnsi"/>
          <w:sz w:val="20"/>
          <w:szCs w:val="20"/>
          <w:lang w:val="it-IT"/>
        </w:rPr>
        <w:t xml:space="preserve"> </w:t>
      </w:r>
      <w:r w:rsidR="004726C0">
        <w:rPr>
          <w:rFonts w:asciiTheme="majorHAnsi" w:hAnsiTheme="majorHAnsi" w:cstheme="majorHAnsi"/>
          <w:sz w:val="20"/>
          <w:szCs w:val="20"/>
          <w:lang w:val="it-IT"/>
        </w:rPr>
        <w:t xml:space="preserve">per il </w:t>
      </w:r>
      <w:r>
        <w:rPr>
          <w:rFonts w:asciiTheme="majorHAnsi" w:hAnsiTheme="majorHAnsi" w:cstheme="majorHAnsi"/>
          <w:sz w:val="20"/>
          <w:szCs w:val="20"/>
          <w:lang w:val="it-IT"/>
        </w:rPr>
        <w:t>periodo; C</w:t>
      </w:r>
      <w:r w:rsidR="004726C0">
        <w:rPr>
          <w:rFonts w:asciiTheme="majorHAnsi" w:hAnsiTheme="majorHAnsi" w:cstheme="majorHAnsi"/>
          <w:sz w:val="20"/>
          <w:szCs w:val="20"/>
          <w:lang w:val="it-IT"/>
        </w:rPr>
        <w:t>.</w:t>
      </w:r>
      <w:r>
        <w:rPr>
          <w:rFonts w:asciiTheme="majorHAnsi" w:hAnsiTheme="majorHAnsi" w:cstheme="majorHAnsi"/>
          <w:sz w:val="20"/>
          <w:szCs w:val="20"/>
          <w:lang w:val="it-IT"/>
        </w:rPr>
        <w:t xml:space="preserve"> calendario da allegare alla richiesta)</w:t>
      </w:r>
    </w:p>
    <w:p w14:paraId="1B9BB2B8" w14:textId="77777777" w:rsidR="000B39EC" w:rsidRPr="00AA0A70" w:rsidRDefault="000B39EC" w:rsidP="00AA0A70">
      <w:pPr>
        <w:pStyle w:val="Paragrafoelenco"/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</w:p>
    <w:p w14:paraId="5F3E9BF5" w14:textId="507ECBD5" w:rsidR="00AA0A70" w:rsidRDefault="00AA0A70" w:rsidP="000B39EC">
      <w:pPr>
        <w:pStyle w:val="Paragrafoelenco"/>
        <w:numPr>
          <w:ilvl w:val="0"/>
          <w:numId w:val="20"/>
        </w:numPr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0B39EC">
        <w:rPr>
          <w:rFonts w:asciiTheme="majorHAnsi" w:hAnsiTheme="majorHAnsi" w:cstheme="majorHAnsi"/>
          <w:sz w:val="20"/>
          <w:szCs w:val="20"/>
          <w:lang w:val="it-IT"/>
        </w:rPr>
        <w:t xml:space="preserve">□ per il giorno _______/_______/_______ </w:t>
      </w:r>
      <w:r w:rsidR="00D80299" w:rsidRPr="000B39EC">
        <w:rPr>
          <w:rFonts w:asciiTheme="majorHAnsi" w:hAnsiTheme="majorHAnsi" w:cstheme="majorHAnsi"/>
          <w:sz w:val="20"/>
          <w:szCs w:val="20"/>
          <w:lang w:val="it-IT"/>
        </w:rPr>
        <w:t>dalle ore ______</w:t>
      </w:r>
      <w:r w:rsidRPr="000B39EC">
        <w:rPr>
          <w:rFonts w:asciiTheme="majorHAnsi" w:hAnsiTheme="majorHAnsi" w:cstheme="majorHAnsi"/>
          <w:sz w:val="20"/>
          <w:szCs w:val="20"/>
          <w:lang w:val="it-IT"/>
        </w:rPr>
        <w:t>____</w:t>
      </w:r>
      <w:r w:rsidR="00D80299" w:rsidRPr="000B39EC">
        <w:rPr>
          <w:rFonts w:asciiTheme="majorHAnsi" w:hAnsiTheme="majorHAnsi" w:cstheme="majorHAnsi"/>
          <w:sz w:val="20"/>
          <w:szCs w:val="20"/>
          <w:lang w:val="it-IT"/>
        </w:rPr>
        <w:t xml:space="preserve"> alle ore ______</w:t>
      </w:r>
      <w:r w:rsidRPr="000B39EC">
        <w:rPr>
          <w:rFonts w:asciiTheme="majorHAnsi" w:hAnsiTheme="majorHAnsi" w:cstheme="majorHAnsi"/>
          <w:sz w:val="20"/>
          <w:szCs w:val="20"/>
          <w:lang w:val="it-IT"/>
        </w:rPr>
        <w:t>____</w:t>
      </w:r>
    </w:p>
    <w:p w14:paraId="2B5E8EA2" w14:textId="77777777" w:rsidR="000B39EC" w:rsidRPr="000B39EC" w:rsidRDefault="000B39EC" w:rsidP="000B39EC">
      <w:pPr>
        <w:pStyle w:val="Paragrafoelenco"/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</w:p>
    <w:p w14:paraId="0DE6D8E8" w14:textId="3F240CCB" w:rsidR="00AA0A70" w:rsidRDefault="00AA0A70" w:rsidP="000B39EC">
      <w:pPr>
        <w:pStyle w:val="Paragrafoelenco"/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0B39EC">
        <w:rPr>
          <w:rFonts w:asciiTheme="majorHAnsi" w:hAnsiTheme="majorHAnsi" w:cstheme="majorHAnsi"/>
          <w:sz w:val="20"/>
          <w:szCs w:val="20"/>
          <w:lang w:val="it-IT"/>
        </w:rPr>
        <w:t>□ per il giorno _______/_______/_______ dalle ore __________ alle ore __________</w:t>
      </w:r>
    </w:p>
    <w:p w14:paraId="650B9A51" w14:textId="77777777" w:rsidR="000B39EC" w:rsidRPr="000B39EC" w:rsidRDefault="000B39EC" w:rsidP="000B39EC">
      <w:pPr>
        <w:pStyle w:val="Paragrafoelenco"/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</w:p>
    <w:p w14:paraId="00949076" w14:textId="7DA07DB6" w:rsidR="00756A51" w:rsidRPr="000B39EC" w:rsidRDefault="00756A51" w:rsidP="000B39EC">
      <w:pPr>
        <w:pStyle w:val="Paragrafoelenco"/>
        <w:spacing w:after="0" w:line="240" w:lineRule="auto"/>
        <w:rPr>
          <w:rFonts w:asciiTheme="majorHAnsi" w:hAnsiTheme="majorHAnsi" w:cstheme="majorHAnsi"/>
          <w:sz w:val="20"/>
          <w:szCs w:val="20"/>
          <w:lang w:val="it-IT"/>
        </w:rPr>
      </w:pPr>
    </w:p>
    <w:p w14:paraId="7428A410" w14:textId="5B637079" w:rsidR="00AA0A70" w:rsidRPr="000B39EC" w:rsidRDefault="00AA0A70" w:rsidP="000B39EC">
      <w:pPr>
        <w:pStyle w:val="Paragrafoelenco"/>
        <w:numPr>
          <w:ilvl w:val="0"/>
          <w:numId w:val="20"/>
        </w:numPr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0B39EC">
        <w:rPr>
          <w:rFonts w:asciiTheme="majorHAnsi" w:hAnsiTheme="majorHAnsi" w:cstheme="majorHAnsi"/>
          <w:sz w:val="20"/>
          <w:szCs w:val="20"/>
          <w:lang w:val="it-IT"/>
        </w:rPr>
        <w:t>□ per il periodo dal _______/_______/_______ al _______/_______/_______ dalle ore _______ alle ore ________</w:t>
      </w:r>
    </w:p>
    <w:p w14:paraId="05EC987B" w14:textId="6592B80A" w:rsidR="000B39EC" w:rsidRDefault="00AA0A70" w:rsidP="000B39EC">
      <w:pPr>
        <w:spacing w:line="240" w:lineRule="auto"/>
        <w:ind w:left="360" w:firstLine="360"/>
        <w:rPr>
          <w:rFonts w:asciiTheme="majorHAnsi" w:hAnsiTheme="majorHAnsi" w:cstheme="majorHAnsi"/>
          <w:sz w:val="20"/>
          <w:szCs w:val="20"/>
          <w:lang w:val="it-IT"/>
        </w:rPr>
      </w:pPr>
      <w:r w:rsidRPr="000B39EC">
        <w:rPr>
          <w:rFonts w:asciiTheme="majorHAnsi" w:hAnsiTheme="majorHAnsi" w:cstheme="majorHAnsi"/>
          <w:sz w:val="20"/>
          <w:szCs w:val="20"/>
          <w:lang w:val="it-IT"/>
        </w:rPr>
        <w:t>□ per il periodo dal _______/_______/_______ al _______/_______/_______ dalle ore _______ alle ore ________</w:t>
      </w:r>
    </w:p>
    <w:p w14:paraId="48AB33A5" w14:textId="0CA7F677" w:rsidR="000B39EC" w:rsidRPr="000B39EC" w:rsidRDefault="000B39EC" w:rsidP="000B39EC">
      <w:pPr>
        <w:spacing w:line="240" w:lineRule="auto"/>
        <w:ind w:left="360" w:firstLine="360"/>
        <w:rPr>
          <w:rFonts w:asciiTheme="majorHAnsi" w:hAnsiTheme="majorHAnsi" w:cstheme="majorHAnsi"/>
          <w:sz w:val="20"/>
          <w:szCs w:val="20"/>
          <w:lang w:val="it-IT"/>
        </w:rPr>
      </w:pPr>
    </w:p>
    <w:p w14:paraId="516774AA" w14:textId="46CEB261" w:rsidR="000B39EC" w:rsidRPr="000B39EC" w:rsidRDefault="000B39EC" w:rsidP="000B39EC">
      <w:pPr>
        <w:pStyle w:val="Paragrafoelenco"/>
        <w:numPr>
          <w:ilvl w:val="0"/>
          <w:numId w:val="20"/>
        </w:numPr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0B39EC">
        <w:rPr>
          <w:rFonts w:asciiTheme="majorHAnsi" w:hAnsiTheme="majorHAnsi" w:cstheme="majorHAnsi"/>
          <w:sz w:val="20"/>
          <w:szCs w:val="20"/>
          <w:lang w:val="it-IT"/>
        </w:rPr>
        <w:t>□ si allega calendario degli accessi</w:t>
      </w:r>
    </w:p>
    <w:p w14:paraId="1383324E" w14:textId="77777777" w:rsidR="00756A51" w:rsidRDefault="00756A51" w:rsidP="00AA0A70">
      <w:pPr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bookmarkStart w:id="0" w:name="_GoBack"/>
      <w:bookmarkEnd w:id="0"/>
    </w:p>
    <w:p w14:paraId="122B7909" w14:textId="0A08ED45" w:rsidR="00D62859" w:rsidRPr="00AA0A70" w:rsidRDefault="00D80299" w:rsidP="00AA0A70">
      <w:pPr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per la seguente motivazione: ________________________________________</w:t>
      </w:r>
      <w:r w:rsidR="00AA0A70" w:rsidRPr="00AA0A70">
        <w:rPr>
          <w:rFonts w:asciiTheme="majorHAnsi" w:hAnsiTheme="majorHAnsi" w:cstheme="majorHAnsi"/>
          <w:sz w:val="20"/>
          <w:szCs w:val="20"/>
          <w:lang w:val="it-IT"/>
        </w:rPr>
        <w:t>__________________________________________________________</w:t>
      </w:r>
      <w:r w:rsidR="00081B9A">
        <w:rPr>
          <w:rFonts w:asciiTheme="majorHAnsi" w:hAnsiTheme="majorHAnsi" w:cstheme="majorHAnsi"/>
          <w:sz w:val="20"/>
          <w:szCs w:val="20"/>
          <w:lang w:val="it-IT"/>
        </w:rPr>
        <w:t>__________</w:t>
      </w:r>
    </w:p>
    <w:p w14:paraId="1FCBCD71" w14:textId="54A9D03E" w:rsidR="00AA0A70" w:rsidRPr="00AA0A70" w:rsidRDefault="00AA0A70" w:rsidP="00AA0A70">
      <w:pPr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__________________________________________________________________________________________________</w:t>
      </w:r>
      <w:r w:rsidR="00081B9A">
        <w:rPr>
          <w:rFonts w:asciiTheme="majorHAnsi" w:hAnsiTheme="majorHAnsi" w:cstheme="majorHAnsi"/>
          <w:sz w:val="20"/>
          <w:szCs w:val="20"/>
          <w:lang w:val="it-IT"/>
        </w:rPr>
        <w:t>__________</w:t>
      </w:r>
    </w:p>
    <w:p w14:paraId="469003F3" w14:textId="70718BCA" w:rsidR="00AA0A70" w:rsidRPr="00AA0A70" w:rsidRDefault="00AA0A70" w:rsidP="00AA0A70">
      <w:pPr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__________________________________________________________________________________________________</w:t>
      </w:r>
      <w:r w:rsidR="00081B9A">
        <w:rPr>
          <w:rFonts w:asciiTheme="majorHAnsi" w:hAnsiTheme="majorHAnsi" w:cstheme="majorHAnsi"/>
          <w:sz w:val="20"/>
          <w:szCs w:val="20"/>
          <w:lang w:val="it-IT"/>
        </w:rPr>
        <w:t>__________</w:t>
      </w:r>
    </w:p>
    <w:p w14:paraId="28CF1754" w14:textId="2A8EE265" w:rsidR="00D62859" w:rsidRPr="00AA0A70" w:rsidRDefault="00D80299" w:rsidP="00AA0A70">
      <w:pPr>
        <w:pStyle w:val="Titolo3"/>
        <w:jc w:val="center"/>
        <w:rPr>
          <w:rFonts w:cstheme="majorHAnsi"/>
          <w:color w:val="auto"/>
          <w:sz w:val="20"/>
          <w:szCs w:val="20"/>
        </w:rPr>
      </w:pPr>
      <w:r w:rsidRPr="00AA0A70">
        <w:rPr>
          <w:rFonts w:cstheme="majorHAnsi"/>
          <w:color w:val="auto"/>
          <w:sz w:val="20"/>
          <w:szCs w:val="20"/>
        </w:rPr>
        <w:lastRenderedPageBreak/>
        <w:t>ASSUNZIONE DI RESPONSABILITÀ</w:t>
      </w:r>
    </w:p>
    <w:p w14:paraId="232FF6AE" w14:textId="7144DA76" w:rsidR="00AA0A70" w:rsidRPr="00AA0A70" w:rsidRDefault="00AA0A70" w:rsidP="00AA0A70">
      <w:pPr>
        <w:spacing w:after="0"/>
        <w:rPr>
          <w:rFonts w:asciiTheme="majorHAnsi" w:hAnsiTheme="majorHAnsi" w:cstheme="majorHAnsi"/>
          <w:sz w:val="20"/>
          <w:szCs w:val="20"/>
        </w:rPr>
      </w:pPr>
      <w:r w:rsidRPr="00AA0A70">
        <w:rPr>
          <w:rFonts w:asciiTheme="majorHAnsi" w:hAnsiTheme="majorHAnsi" w:cstheme="majorHAnsi"/>
          <w:sz w:val="20"/>
          <w:szCs w:val="20"/>
        </w:rPr>
        <w:t>DICHIARO:</w:t>
      </w:r>
    </w:p>
    <w:p w14:paraId="2BBEA8D0" w14:textId="1D83A72D" w:rsidR="00D62859" w:rsidRPr="00AA0A70" w:rsidRDefault="00AA0A70" w:rsidP="00AA0A70">
      <w:pPr>
        <w:pStyle w:val="Puntoelenco"/>
        <w:numPr>
          <w:ilvl w:val="0"/>
          <w:numId w:val="11"/>
        </w:numPr>
        <w:spacing w:after="0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di assumermi</w:t>
      </w:r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 ogni responsabilità civile e penale per eventuali danni causati a persone, cose o strutture durante la permanenza nell'Istituto;</w:t>
      </w:r>
    </w:p>
    <w:p w14:paraId="4C5F0F59" w14:textId="247EC113" w:rsidR="00D62859" w:rsidRPr="00AA0A70" w:rsidRDefault="00AA0A70" w:rsidP="00AA0A70">
      <w:pPr>
        <w:pStyle w:val="Puntoelenco"/>
        <w:numPr>
          <w:ilvl w:val="0"/>
          <w:numId w:val="11"/>
        </w:numPr>
        <w:spacing w:after="0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di </w:t>
      </w:r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>sollevare l'Istituto da ogni responsabilità per eventuali infortuni o incidenti che dovessero verificarsi durante la permanenza nei locali scolastici;</w:t>
      </w:r>
    </w:p>
    <w:p w14:paraId="75DCB6B9" w14:textId="4972482E" w:rsidR="00D62859" w:rsidRPr="00AA0A70" w:rsidRDefault="00AA0A70" w:rsidP="00AA0A70">
      <w:pPr>
        <w:pStyle w:val="Puntoelenco"/>
        <w:numPr>
          <w:ilvl w:val="0"/>
          <w:numId w:val="11"/>
        </w:numPr>
        <w:spacing w:after="0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di </w:t>
      </w:r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>rispettare scrupolosamente le norme di sicurezza e i regolamenti interni dell'Istituto.</w:t>
      </w:r>
    </w:p>
    <w:p w14:paraId="4047F7B5" w14:textId="77777777" w:rsidR="00AA0A70" w:rsidRPr="00AA0A70" w:rsidRDefault="00AA0A70" w:rsidP="00AA0A70">
      <w:pPr>
        <w:pStyle w:val="Puntoelenco"/>
        <w:numPr>
          <w:ilvl w:val="0"/>
          <w:numId w:val="0"/>
        </w:numPr>
        <w:spacing w:after="0"/>
        <w:ind w:left="360"/>
        <w:rPr>
          <w:rFonts w:asciiTheme="majorHAnsi" w:hAnsiTheme="majorHAnsi" w:cstheme="majorHAnsi"/>
          <w:sz w:val="20"/>
          <w:szCs w:val="20"/>
          <w:lang w:val="it-IT"/>
        </w:rPr>
      </w:pPr>
    </w:p>
    <w:p w14:paraId="563DAA40" w14:textId="6B1D71D8" w:rsidR="00AA0A70" w:rsidRPr="00AA0A70" w:rsidRDefault="00D80299" w:rsidP="00AA0A70">
      <w:pPr>
        <w:spacing w:after="0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AA0A70">
        <w:rPr>
          <w:rFonts w:asciiTheme="majorHAnsi" w:hAnsiTheme="majorHAnsi" w:cstheme="majorHAnsi"/>
          <w:b/>
          <w:sz w:val="20"/>
          <w:szCs w:val="20"/>
        </w:rPr>
        <w:t>PRIVACY E RISERVATEZZA</w:t>
      </w:r>
    </w:p>
    <w:p w14:paraId="5E9DB6F6" w14:textId="0D7B822D" w:rsidR="00AA0A70" w:rsidRPr="00AA0A70" w:rsidRDefault="00AA0A70" w:rsidP="00756A51">
      <w:pPr>
        <w:tabs>
          <w:tab w:val="left" w:pos="5670"/>
        </w:tabs>
        <w:spacing w:after="0"/>
        <w:rPr>
          <w:rFonts w:asciiTheme="majorHAnsi" w:hAnsiTheme="majorHAnsi" w:cstheme="majorHAnsi"/>
          <w:sz w:val="20"/>
          <w:szCs w:val="20"/>
        </w:rPr>
      </w:pPr>
      <w:r w:rsidRPr="00AA0A70">
        <w:rPr>
          <w:rFonts w:asciiTheme="majorHAnsi" w:hAnsiTheme="majorHAnsi" w:cstheme="majorHAnsi"/>
          <w:sz w:val="20"/>
          <w:szCs w:val="20"/>
        </w:rPr>
        <w:t>DICHIARO:</w:t>
      </w:r>
    </w:p>
    <w:p w14:paraId="4C261BF5" w14:textId="3B513767" w:rsidR="00D62859" w:rsidRPr="00AA0A70" w:rsidRDefault="00AA0A70" w:rsidP="00AA0A70">
      <w:pPr>
        <w:pStyle w:val="Puntoelenco"/>
        <w:numPr>
          <w:ilvl w:val="0"/>
          <w:numId w:val="11"/>
        </w:numPr>
        <w:spacing w:after="0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di impegnarmi</w:t>
      </w:r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 a mantenere la massima riservatezza su quanto osservato durante la permanenza nell'Istituto, con particolare riferimento alle informazioni riguardanti gli alunni, il personale e l'organizzazione scolastica;</w:t>
      </w:r>
    </w:p>
    <w:p w14:paraId="6D0B7040" w14:textId="567C8524" w:rsidR="00D62859" w:rsidRPr="00AA0A70" w:rsidRDefault="00AA0A70" w:rsidP="00AA0A70">
      <w:pPr>
        <w:pStyle w:val="Puntoelenco"/>
        <w:numPr>
          <w:ilvl w:val="0"/>
          <w:numId w:val="11"/>
        </w:numPr>
        <w:spacing w:after="0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d</w:t>
      </w:r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i rispettare il Regolamento UE 2016/679 (GDPR) e il </w:t>
      </w:r>
      <w:proofErr w:type="spellStart"/>
      <w:proofErr w:type="gramStart"/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>D.Lgs</w:t>
      </w:r>
      <w:proofErr w:type="gramEnd"/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>.</w:t>
      </w:r>
      <w:proofErr w:type="spellEnd"/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 196/2003 e </w:t>
      </w:r>
      <w:proofErr w:type="spellStart"/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>s.m.i.</w:t>
      </w:r>
      <w:proofErr w:type="spellEnd"/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 in materia di protezione dei dati personali;</w:t>
      </w:r>
    </w:p>
    <w:p w14:paraId="6ADE36D1" w14:textId="592DA2C9" w:rsidR="00D62859" w:rsidRPr="00AA0A70" w:rsidRDefault="00AA0A70" w:rsidP="00AA0A70">
      <w:pPr>
        <w:pStyle w:val="Puntoelenco"/>
        <w:numPr>
          <w:ilvl w:val="0"/>
          <w:numId w:val="11"/>
        </w:numPr>
        <w:spacing w:after="0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d</w:t>
      </w:r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>i non effettuare riprese fotografiche, audio o video se non espressamente autorizzate dalla Direzione.</w:t>
      </w:r>
    </w:p>
    <w:p w14:paraId="46CAEA50" w14:textId="77777777" w:rsidR="00AA0A70" w:rsidRPr="00AA0A70" w:rsidRDefault="00AA0A70" w:rsidP="00AA0A70">
      <w:pPr>
        <w:pStyle w:val="Puntoelenco"/>
        <w:numPr>
          <w:ilvl w:val="0"/>
          <w:numId w:val="0"/>
        </w:numPr>
        <w:spacing w:after="0"/>
        <w:ind w:left="360"/>
        <w:rPr>
          <w:rFonts w:asciiTheme="majorHAnsi" w:hAnsiTheme="majorHAnsi" w:cstheme="majorHAnsi"/>
          <w:sz w:val="20"/>
          <w:szCs w:val="20"/>
          <w:lang w:val="it-IT"/>
        </w:rPr>
      </w:pPr>
    </w:p>
    <w:p w14:paraId="69E9DB98" w14:textId="357FE784" w:rsidR="00D62859" w:rsidRPr="00AA0A70" w:rsidRDefault="00D80299" w:rsidP="00AA0A70">
      <w:pPr>
        <w:spacing w:after="0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AA0A70">
        <w:rPr>
          <w:rFonts w:asciiTheme="majorHAnsi" w:hAnsiTheme="majorHAnsi" w:cstheme="majorHAnsi"/>
          <w:b/>
          <w:sz w:val="20"/>
          <w:szCs w:val="20"/>
        </w:rPr>
        <w:t>NORME COMPORTAMENTALI</w:t>
      </w:r>
    </w:p>
    <w:p w14:paraId="6AA97E75" w14:textId="72690CAA" w:rsidR="00AA0A70" w:rsidRPr="00AA0A70" w:rsidRDefault="00AA0A70" w:rsidP="00AA0A70">
      <w:pPr>
        <w:spacing w:after="0"/>
        <w:rPr>
          <w:rFonts w:asciiTheme="majorHAnsi" w:hAnsiTheme="majorHAnsi" w:cstheme="majorHAnsi"/>
          <w:sz w:val="20"/>
          <w:szCs w:val="20"/>
        </w:rPr>
      </w:pPr>
      <w:r w:rsidRPr="00AA0A70">
        <w:rPr>
          <w:rFonts w:asciiTheme="majorHAnsi" w:hAnsiTheme="majorHAnsi" w:cstheme="majorHAnsi"/>
          <w:sz w:val="20"/>
          <w:szCs w:val="20"/>
        </w:rPr>
        <w:t>DICHIARO:</w:t>
      </w:r>
    </w:p>
    <w:p w14:paraId="4B9A572C" w14:textId="5A80F966" w:rsidR="00D62859" w:rsidRPr="00AA0A70" w:rsidRDefault="00AA0A70" w:rsidP="00AA0A70">
      <w:pPr>
        <w:pStyle w:val="Puntoelenco"/>
        <w:numPr>
          <w:ilvl w:val="0"/>
          <w:numId w:val="11"/>
        </w:numPr>
        <w:spacing w:after="0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d</w:t>
      </w:r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>i seguire le indicazioni fornite dal personale scolastico;</w:t>
      </w:r>
    </w:p>
    <w:p w14:paraId="7B0EFD9C" w14:textId="1C43C1CD" w:rsidR="00D62859" w:rsidRPr="00AA0A70" w:rsidRDefault="00AA0A70" w:rsidP="00AA0A70">
      <w:pPr>
        <w:pStyle w:val="Puntoelenco"/>
        <w:numPr>
          <w:ilvl w:val="0"/>
          <w:numId w:val="11"/>
        </w:numPr>
        <w:spacing w:after="0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d</w:t>
      </w:r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>i utilizzare esclusivamente gli spazi autorizzati;</w:t>
      </w:r>
    </w:p>
    <w:p w14:paraId="09244695" w14:textId="77D788B3" w:rsidR="00D62859" w:rsidRPr="00AA0A70" w:rsidRDefault="00AA0A70" w:rsidP="00AA0A70">
      <w:pPr>
        <w:pStyle w:val="Puntoelenco"/>
        <w:numPr>
          <w:ilvl w:val="0"/>
          <w:numId w:val="11"/>
        </w:numPr>
        <w:spacing w:after="0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d</w:t>
      </w:r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>i non interferire con le attività didattiche in corso;</w:t>
      </w:r>
    </w:p>
    <w:p w14:paraId="7C77568F" w14:textId="77777777" w:rsidR="00AA0A70" w:rsidRPr="00AA0A70" w:rsidRDefault="00AA0A70" w:rsidP="00AA0A70">
      <w:pPr>
        <w:pStyle w:val="Puntoelenco"/>
        <w:numPr>
          <w:ilvl w:val="0"/>
          <w:numId w:val="11"/>
        </w:numPr>
        <w:spacing w:after="0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d</w:t>
      </w:r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>i rispettare gli orari concordati per l'accesso.</w:t>
      </w:r>
    </w:p>
    <w:p w14:paraId="0FDCF425" w14:textId="77777777" w:rsidR="00AA0A70" w:rsidRPr="00AA0A70" w:rsidRDefault="00AA0A70" w:rsidP="00AA0A70">
      <w:pPr>
        <w:spacing w:after="0"/>
        <w:rPr>
          <w:rFonts w:asciiTheme="majorHAnsi" w:hAnsiTheme="majorHAnsi" w:cstheme="majorHAnsi"/>
          <w:sz w:val="20"/>
          <w:szCs w:val="20"/>
        </w:rPr>
      </w:pPr>
    </w:p>
    <w:p w14:paraId="57E59A6E" w14:textId="0940A3EA" w:rsidR="00D62859" w:rsidRPr="00AA0A70" w:rsidRDefault="00D80299" w:rsidP="00AA0A70">
      <w:pPr>
        <w:spacing w:after="0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AA0A70">
        <w:rPr>
          <w:rFonts w:asciiTheme="majorHAnsi" w:hAnsiTheme="majorHAnsi" w:cstheme="majorHAnsi"/>
          <w:b/>
          <w:sz w:val="20"/>
          <w:szCs w:val="20"/>
        </w:rPr>
        <w:t>SICUREZZA E SALUTE</w:t>
      </w:r>
    </w:p>
    <w:p w14:paraId="633A2D37" w14:textId="6BF34CE3" w:rsidR="00AA0A70" w:rsidRPr="00AA0A70" w:rsidRDefault="00AA0A70" w:rsidP="00AA0A70">
      <w:pPr>
        <w:spacing w:after="0"/>
        <w:rPr>
          <w:rFonts w:asciiTheme="majorHAnsi" w:hAnsiTheme="majorHAnsi" w:cstheme="majorHAnsi"/>
          <w:sz w:val="20"/>
          <w:szCs w:val="20"/>
        </w:rPr>
      </w:pPr>
      <w:r w:rsidRPr="00AA0A70">
        <w:rPr>
          <w:rFonts w:asciiTheme="majorHAnsi" w:hAnsiTheme="majorHAnsi" w:cstheme="majorHAnsi"/>
          <w:sz w:val="20"/>
          <w:szCs w:val="20"/>
        </w:rPr>
        <w:t>DICHIARO:</w:t>
      </w:r>
    </w:p>
    <w:p w14:paraId="1E624DF2" w14:textId="1E82526F" w:rsidR="00D62859" w:rsidRPr="00AA0A70" w:rsidRDefault="00AA0A70" w:rsidP="00AA0A70">
      <w:pPr>
        <w:pStyle w:val="Puntoelenco"/>
        <w:numPr>
          <w:ilvl w:val="0"/>
          <w:numId w:val="11"/>
        </w:numPr>
        <w:spacing w:after="0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d</w:t>
      </w:r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>i essere a conoscenza delle vie di fuga e delle norme di sicurezza dell'Istituto;</w:t>
      </w:r>
    </w:p>
    <w:p w14:paraId="3C550A8A" w14:textId="6D11EBC5" w:rsidR="00D62859" w:rsidRPr="00AA0A70" w:rsidRDefault="00AA0A70" w:rsidP="00AA0A70">
      <w:pPr>
        <w:pStyle w:val="Puntoelenco"/>
        <w:numPr>
          <w:ilvl w:val="0"/>
          <w:numId w:val="11"/>
        </w:numPr>
        <w:spacing w:after="0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d</w:t>
      </w:r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>i impegnarsi a segnalare immediatamente al personale scolastico eventuali situazioni di pericolo;</w:t>
      </w:r>
    </w:p>
    <w:p w14:paraId="258230DE" w14:textId="5B0528F5" w:rsidR="00D62859" w:rsidRPr="00AA0A70" w:rsidRDefault="00AA0A70" w:rsidP="00AA0A70">
      <w:pPr>
        <w:pStyle w:val="Puntoelenco"/>
        <w:numPr>
          <w:ilvl w:val="0"/>
          <w:numId w:val="11"/>
        </w:numPr>
        <w:spacing w:after="0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d</w:t>
      </w:r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>i non introdurre oggetti o materiali pericolosi nell'Istituto.</w:t>
      </w:r>
    </w:p>
    <w:p w14:paraId="4037F07B" w14:textId="36C25719" w:rsidR="00AA0A70" w:rsidRPr="00AA0A70" w:rsidRDefault="00AA0A70" w:rsidP="00CD77C8">
      <w:pPr>
        <w:pStyle w:val="Puntoelenco"/>
        <w:numPr>
          <w:ilvl w:val="0"/>
          <w:numId w:val="0"/>
        </w:numPr>
        <w:spacing w:after="0"/>
        <w:rPr>
          <w:rFonts w:asciiTheme="majorHAnsi" w:hAnsiTheme="majorHAnsi" w:cstheme="majorHAnsi"/>
          <w:sz w:val="20"/>
          <w:szCs w:val="20"/>
          <w:lang w:val="it-IT"/>
        </w:rPr>
      </w:pPr>
    </w:p>
    <w:p w14:paraId="30ECB810" w14:textId="64A72E08" w:rsidR="00CD77C8" w:rsidRDefault="00D80299" w:rsidP="00CD77C8">
      <w:pPr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Luogo e data: </w:t>
      </w:r>
      <w:r w:rsidR="00AA0A70" w:rsidRPr="00AA0A70">
        <w:rPr>
          <w:rFonts w:asciiTheme="majorHAnsi" w:hAnsiTheme="majorHAnsi" w:cstheme="majorHAnsi"/>
          <w:sz w:val="20"/>
          <w:szCs w:val="20"/>
          <w:lang w:val="it-IT"/>
        </w:rPr>
        <w:t>____________________</w:t>
      </w:r>
      <w:r w:rsidR="00756A51">
        <w:rPr>
          <w:rFonts w:asciiTheme="majorHAnsi" w:hAnsiTheme="majorHAnsi" w:cstheme="majorHAnsi"/>
          <w:sz w:val="20"/>
          <w:szCs w:val="20"/>
          <w:lang w:val="it-IT"/>
        </w:rPr>
        <w:t>____</w:t>
      </w:r>
      <w:r w:rsidR="00AA0A70"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                           </w:t>
      </w:r>
      <w:r w:rsidR="00AA0A70">
        <w:rPr>
          <w:rFonts w:asciiTheme="majorHAnsi" w:hAnsiTheme="majorHAnsi" w:cstheme="majorHAnsi"/>
          <w:sz w:val="20"/>
          <w:szCs w:val="20"/>
          <w:lang w:val="it-IT"/>
        </w:rPr>
        <w:t xml:space="preserve">                     </w:t>
      </w:r>
      <w:r w:rsidR="00AA0A70" w:rsidRPr="00AA0A70">
        <w:rPr>
          <w:rFonts w:asciiTheme="majorHAnsi" w:hAnsiTheme="majorHAnsi" w:cstheme="majorHAnsi"/>
          <w:sz w:val="20"/>
          <w:szCs w:val="20"/>
          <w:lang w:val="it-IT"/>
        </w:rPr>
        <w:t>Firma per accettazione ________________________________</w:t>
      </w:r>
    </w:p>
    <w:p w14:paraId="1AEF5641" w14:textId="77777777" w:rsidR="00CD77C8" w:rsidRPr="00CD77C8" w:rsidRDefault="00CD77C8" w:rsidP="00CD77C8">
      <w:pPr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</w:p>
    <w:p w14:paraId="362A681E" w14:textId="08AB5BC8" w:rsidR="00D62859" w:rsidRPr="00AA0A70" w:rsidRDefault="00D80299" w:rsidP="00CD77C8">
      <w:pPr>
        <w:pStyle w:val="Titolo2"/>
        <w:spacing w:line="240" w:lineRule="auto"/>
        <w:jc w:val="center"/>
        <w:rPr>
          <w:rFonts w:cstheme="majorHAnsi"/>
          <w:color w:val="auto"/>
          <w:sz w:val="20"/>
          <w:szCs w:val="20"/>
          <w:lang w:val="it-IT"/>
        </w:rPr>
      </w:pPr>
      <w:r w:rsidRPr="00AA0A70">
        <w:rPr>
          <w:rFonts w:cstheme="majorHAnsi"/>
          <w:color w:val="auto"/>
          <w:sz w:val="20"/>
          <w:szCs w:val="20"/>
          <w:lang w:val="it-IT"/>
        </w:rPr>
        <w:t>CONSENSO AL TRATTAMENTO DEI DATI PERSONALI</w:t>
      </w:r>
    </w:p>
    <w:p w14:paraId="6057B00D" w14:textId="3E1EA636" w:rsidR="00AA0A70" w:rsidRPr="00AA0A70" w:rsidRDefault="00D80299" w:rsidP="00AA0A70">
      <w:pPr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Ai sensi del Regolamento UE 2016/679</w:t>
      </w:r>
      <w:r w:rsidR="000B1832">
        <w:rPr>
          <w:rFonts w:asciiTheme="majorHAnsi" w:hAnsiTheme="majorHAnsi" w:cstheme="majorHAnsi"/>
          <w:sz w:val="20"/>
          <w:szCs w:val="20"/>
          <w:lang w:val="it-IT"/>
        </w:rPr>
        <w:t xml:space="preserve"> </w:t>
      </w:r>
      <w:r w:rsidR="000B1832" w:rsidRPr="000B1832">
        <w:rPr>
          <w:rFonts w:asciiTheme="majorHAnsi" w:hAnsiTheme="majorHAnsi" w:cstheme="majorHAnsi"/>
          <w:sz w:val="20"/>
          <w:szCs w:val="20"/>
          <w:lang w:val="it-IT"/>
        </w:rPr>
        <w:t>(GDPR)</w:t>
      </w:r>
      <w:r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 e del </w:t>
      </w:r>
      <w:proofErr w:type="spellStart"/>
      <w:proofErr w:type="gramStart"/>
      <w:r w:rsidRPr="00AA0A70">
        <w:rPr>
          <w:rFonts w:asciiTheme="majorHAnsi" w:hAnsiTheme="majorHAnsi" w:cstheme="majorHAnsi"/>
          <w:sz w:val="20"/>
          <w:szCs w:val="20"/>
          <w:lang w:val="it-IT"/>
        </w:rPr>
        <w:t>D.Lgs</w:t>
      </w:r>
      <w:proofErr w:type="gramEnd"/>
      <w:r w:rsidRPr="00AA0A70">
        <w:rPr>
          <w:rFonts w:asciiTheme="majorHAnsi" w:hAnsiTheme="majorHAnsi" w:cstheme="majorHAnsi"/>
          <w:sz w:val="20"/>
          <w:szCs w:val="20"/>
          <w:lang w:val="it-IT"/>
        </w:rPr>
        <w:t>.</w:t>
      </w:r>
      <w:proofErr w:type="spellEnd"/>
      <w:r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 196/2003 e </w:t>
      </w:r>
      <w:proofErr w:type="spellStart"/>
      <w:r w:rsidRPr="00AA0A70">
        <w:rPr>
          <w:rFonts w:asciiTheme="majorHAnsi" w:hAnsiTheme="majorHAnsi" w:cstheme="majorHAnsi"/>
          <w:sz w:val="20"/>
          <w:szCs w:val="20"/>
          <w:lang w:val="it-IT"/>
        </w:rPr>
        <w:t>s.m.i.</w:t>
      </w:r>
      <w:proofErr w:type="spellEnd"/>
      <w:r w:rsidRPr="00AA0A70">
        <w:rPr>
          <w:rFonts w:asciiTheme="majorHAnsi" w:hAnsiTheme="majorHAnsi" w:cstheme="majorHAnsi"/>
          <w:sz w:val="20"/>
          <w:szCs w:val="20"/>
          <w:lang w:val="it-IT"/>
        </w:rPr>
        <w:t>, autorizzo il trattamento dei miei dati personali per le finalità connesse alla gestione dell'accesso all'Istituto.</w:t>
      </w:r>
    </w:p>
    <w:p w14:paraId="30DEE339" w14:textId="464113CE" w:rsidR="00AA0A70" w:rsidRDefault="00756A51" w:rsidP="00756A51">
      <w:pPr>
        <w:tabs>
          <w:tab w:val="left" w:pos="5670"/>
        </w:tabs>
        <w:jc w:val="center"/>
        <w:rPr>
          <w:rFonts w:asciiTheme="majorHAnsi" w:hAnsiTheme="majorHAnsi" w:cstheme="majorHAnsi"/>
          <w:sz w:val="20"/>
          <w:szCs w:val="20"/>
          <w:lang w:val="it-IT"/>
        </w:rPr>
      </w:pPr>
      <w:r>
        <w:rPr>
          <w:rFonts w:asciiTheme="majorHAnsi" w:hAnsiTheme="majorHAnsi" w:cstheme="majorHAnsi"/>
          <w:sz w:val="20"/>
          <w:szCs w:val="20"/>
          <w:lang w:val="it-IT"/>
        </w:rPr>
        <w:t xml:space="preserve">                                                                                                                           </w:t>
      </w:r>
      <w:r w:rsidR="00AA0A70"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Firma   </w:t>
      </w:r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>_______________________</w:t>
      </w:r>
      <w:r w:rsidR="00AA0A70" w:rsidRPr="00AA0A70">
        <w:rPr>
          <w:rFonts w:asciiTheme="majorHAnsi" w:hAnsiTheme="majorHAnsi" w:cstheme="majorHAnsi"/>
          <w:sz w:val="20"/>
          <w:szCs w:val="20"/>
          <w:lang w:val="it-IT"/>
        </w:rPr>
        <w:t>___________</w:t>
      </w:r>
      <w:r>
        <w:rPr>
          <w:rFonts w:asciiTheme="majorHAnsi" w:hAnsiTheme="majorHAnsi" w:cstheme="majorHAnsi"/>
          <w:sz w:val="20"/>
          <w:szCs w:val="20"/>
          <w:lang w:val="it-IT"/>
        </w:rPr>
        <w:t>__________</w:t>
      </w:r>
    </w:p>
    <w:p w14:paraId="1A2352E3" w14:textId="0F6AAA9A" w:rsidR="00CD77C8" w:rsidRPr="00CD77C8" w:rsidRDefault="00CD77C8" w:rsidP="00CD77C8">
      <w:pPr>
        <w:tabs>
          <w:tab w:val="left" w:pos="4962"/>
        </w:tabs>
        <w:jc w:val="center"/>
        <w:rPr>
          <w:rFonts w:asciiTheme="majorHAnsi" w:hAnsiTheme="majorHAnsi" w:cstheme="majorHAnsi"/>
          <w:sz w:val="20"/>
          <w:szCs w:val="20"/>
          <w:lang w:val="it-IT"/>
        </w:rPr>
      </w:pPr>
      <w:r>
        <w:rPr>
          <w:rFonts w:asciiTheme="majorHAnsi" w:hAnsiTheme="majorHAnsi" w:cstheme="majorHAnsi"/>
          <w:sz w:val="20"/>
          <w:szCs w:val="20"/>
          <w:lang w:val="it-IT"/>
        </w:rPr>
        <w:t>-------------------------------------------------------------------------------------------------------------------------------------------------------------------------------</w:t>
      </w:r>
      <w:r w:rsidRPr="00DC089F">
        <w:rPr>
          <w:noProof/>
          <w:lang w:val="it-IT" w:eastAsia="it-IT"/>
        </w:rPr>
        <w:drawing>
          <wp:inline distT="0" distB="0" distL="0" distR="0" wp14:anchorId="02C68D6A" wp14:editId="162BC9D1">
            <wp:extent cx="438150" cy="427619"/>
            <wp:effectExtent l="0" t="0" r="0" b="0"/>
            <wp:docPr id="1" name="Immagine 4" descr="Logo del Ministero dell'Istruzione e del Merito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4" descr="Logo del Ministero dell'Istruzione e del Merito" title="Logo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44026" t="63898" r="46600" b="169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27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D587CC" w14:textId="4707B32B" w:rsidR="00CD77C8" w:rsidRPr="00CD77C8" w:rsidRDefault="00CD77C8" w:rsidP="007D05B5">
      <w:pPr>
        <w:pStyle w:val="Corpotesto"/>
        <w:spacing w:after="0"/>
        <w:rPr>
          <w:rFonts w:asciiTheme="majorHAnsi" w:hAnsiTheme="majorHAnsi" w:cstheme="majorHAnsi"/>
          <w:sz w:val="20"/>
          <w:szCs w:val="20"/>
          <w:lang w:val="it-IT"/>
        </w:rPr>
      </w:pPr>
      <w:r>
        <w:rPr>
          <w:rFonts w:ascii="Verdana" w:hAnsi="Verdana" w:cs="Tahoma"/>
          <w:b/>
          <w:sz w:val="16"/>
          <w:szCs w:val="16"/>
        </w:rPr>
        <w:t xml:space="preserve">                                                                    </w:t>
      </w:r>
      <w:proofErr w:type="spellStart"/>
      <w:r w:rsidRPr="00CD77C8">
        <w:rPr>
          <w:rFonts w:ascii="Verdana" w:hAnsi="Verdana" w:cs="Tahoma"/>
          <w:b/>
          <w:sz w:val="16"/>
          <w:szCs w:val="16"/>
        </w:rPr>
        <w:t>Ministero</w:t>
      </w:r>
      <w:proofErr w:type="spellEnd"/>
      <w:r w:rsidRPr="00CD77C8">
        <w:rPr>
          <w:rFonts w:ascii="Verdana" w:hAnsi="Verdana" w:cs="Tahoma"/>
          <w:b/>
          <w:sz w:val="16"/>
          <w:szCs w:val="16"/>
        </w:rPr>
        <w:t xml:space="preserve"> </w:t>
      </w:r>
      <w:proofErr w:type="spellStart"/>
      <w:r w:rsidRPr="00CD77C8">
        <w:rPr>
          <w:rFonts w:ascii="Verdana" w:hAnsi="Verdana" w:cs="Tahoma"/>
          <w:b/>
          <w:sz w:val="16"/>
          <w:szCs w:val="16"/>
        </w:rPr>
        <w:t>dell’Istruzione</w:t>
      </w:r>
      <w:proofErr w:type="spellEnd"/>
      <w:r w:rsidRPr="00CD77C8">
        <w:rPr>
          <w:rFonts w:ascii="Verdana" w:hAnsi="Verdana" w:cs="Tahoma"/>
          <w:b/>
          <w:sz w:val="16"/>
          <w:szCs w:val="16"/>
        </w:rPr>
        <w:t xml:space="preserve"> e </w:t>
      </w:r>
      <w:proofErr w:type="gramStart"/>
      <w:r w:rsidRPr="00CD77C8">
        <w:rPr>
          <w:rFonts w:ascii="Verdana" w:hAnsi="Verdana" w:cs="Tahoma"/>
          <w:b/>
          <w:sz w:val="16"/>
          <w:szCs w:val="16"/>
        </w:rPr>
        <w:t>del</w:t>
      </w:r>
      <w:proofErr w:type="gramEnd"/>
      <w:r w:rsidRPr="00CD77C8">
        <w:rPr>
          <w:rFonts w:ascii="Verdana" w:hAnsi="Verdana" w:cs="Tahoma"/>
          <w:b/>
          <w:sz w:val="16"/>
          <w:szCs w:val="16"/>
        </w:rPr>
        <w:t xml:space="preserve"> </w:t>
      </w:r>
      <w:proofErr w:type="spellStart"/>
      <w:r w:rsidRPr="00CD77C8">
        <w:rPr>
          <w:rFonts w:ascii="Verdana" w:hAnsi="Verdana" w:cs="Tahoma"/>
          <w:b/>
          <w:sz w:val="16"/>
          <w:szCs w:val="16"/>
        </w:rPr>
        <w:t>Merito</w:t>
      </w:r>
      <w:proofErr w:type="spellEnd"/>
    </w:p>
    <w:p w14:paraId="77C74CC3" w14:textId="7396E66A" w:rsidR="00CD77C8" w:rsidRPr="00CD77C8" w:rsidRDefault="00CD77C8" w:rsidP="007D05B5">
      <w:pPr>
        <w:tabs>
          <w:tab w:val="right" w:pos="9441"/>
        </w:tabs>
        <w:spacing w:after="0"/>
        <w:ind w:right="423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                                                                     </w:t>
      </w:r>
      <w:r w:rsidRPr="00CD77C8">
        <w:rPr>
          <w:rFonts w:ascii="Verdana" w:hAnsi="Verdana"/>
          <w:b/>
          <w:sz w:val="16"/>
          <w:szCs w:val="16"/>
        </w:rPr>
        <w:t>ISTITUTO COMPRENSIVO di ESINE</w:t>
      </w:r>
    </w:p>
    <w:p w14:paraId="36800309" w14:textId="7615E271" w:rsidR="00CD77C8" w:rsidRPr="00CD77C8" w:rsidRDefault="004D4B43" w:rsidP="00CD77C8">
      <w:pPr>
        <w:spacing w:after="0"/>
        <w:rPr>
          <w:rFonts w:asciiTheme="majorHAnsi" w:hAnsiTheme="majorHAnsi" w:cstheme="majorHAnsi"/>
          <w:sz w:val="18"/>
          <w:szCs w:val="18"/>
          <w:lang w:val="it-IT"/>
        </w:rPr>
      </w:pPr>
      <w:r w:rsidRPr="00CD77C8">
        <w:rPr>
          <w:rFonts w:asciiTheme="majorHAnsi" w:hAnsiTheme="majorHAnsi" w:cstheme="majorHAnsi"/>
          <w:sz w:val="18"/>
          <w:szCs w:val="18"/>
          <w:lang w:val="it-IT"/>
        </w:rPr>
        <w:t>Protocollo informatico</w:t>
      </w:r>
      <w:r w:rsidR="00AE500C" w:rsidRPr="00CD77C8">
        <w:rPr>
          <w:rFonts w:asciiTheme="majorHAnsi" w:hAnsiTheme="majorHAnsi" w:cstheme="majorHAnsi"/>
          <w:sz w:val="18"/>
          <w:szCs w:val="18"/>
          <w:lang w:val="it-IT"/>
        </w:rPr>
        <w:t xml:space="preserve"> </w:t>
      </w:r>
      <w:r w:rsidRPr="00CD77C8">
        <w:rPr>
          <w:rFonts w:asciiTheme="majorHAnsi" w:hAnsiTheme="majorHAnsi" w:cstheme="majorHAnsi"/>
          <w:sz w:val="18"/>
          <w:szCs w:val="18"/>
          <w:lang w:val="it-IT"/>
        </w:rPr>
        <w:t>e data (si veda segnatura)</w:t>
      </w:r>
    </w:p>
    <w:p w14:paraId="62DD9B58" w14:textId="432A3EE8" w:rsidR="00CD77C8" w:rsidRDefault="00CD77C8" w:rsidP="007D05B5">
      <w:pPr>
        <w:pStyle w:val="Pidipagina"/>
        <w:rPr>
          <w:rFonts w:asciiTheme="majorHAnsi" w:hAnsiTheme="majorHAnsi" w:cstheme="majorHAnsi"/>
          <w:b/>
          <w:sz w:val="20"/>
          <w:szCs w:val="20"/>
          <w:lang w:val="it-IT"/>
        </w:rPr>
      </w:pPr>
    </w:p>
    <w:p w14:paraId="000C0E9C" w14:textId="0D40E60B" w:rsidR="00CD77C8" w:rsidRPr="00CD77C8" w:rsidRDefault="00081B9A" w:rsidP="00CD77C8">
      <w:pPr>
        <w:pStyle w:val="Pidipagina"/>
        <w:jc w:val="center"/>
        <w:rPr>
          <w:rFonts w:asciiTheme="majorHAnsi" w:hAnsiTheme="majorHAnsi" w:cstheme="majorHAnsi"/>
          <w:b/>
          <w:sz w:val="20"/>
          <w:szCs w:val="20"/>
          <w:lang w:val="it-IT"/>
        </w:rPr>
      </w:pPr>
      <w:r w:rsidRPr="00CD77C8">
        <w:rPr>
          <w:rFonts w:asciiTheme="majorHAnsi" w:hAnsiTheme="majorHAnsi" w:cstheme="majorHAnsi"/>
          <w:b/>
          <w:sz w:val="20"/>
          <w:szCs w:val="20"/>
          <w:lang w:val="it-IT"/>
        </w:rPr>
        <w:t>AUTORIZZAZIONE CONCESSA</w:t>
      </w:r>
    </w:p>
    <w:p w14:paraId="38F69FA0" w14:textId="77777777" w:rsidR="007D05B5" w:rsidRDefault="00081B9A" w:rsidP="007B5639">
      <w:pPr>
        <w:pStyle w:val="Pidipagina"/>
        <w:rPr>
          <w:rFonts w:asciiTheme="majorHAnsi" w:hAnsiTheme="majorHAnsi" w:cstheme="majorHAnsi"/>
          <w:sz w:val="20"/>
          <w:szCs w:val="20"/>
          <w:lang w:val="it-IT"/>
        </w:rPr>
      </w:pPr>
      <w:r>
        <w:rPr>
          <w:rFonts w:asciiTheme="majorHAnsi" w:hAnsiTheme="majorHAnsi" w:cstheme="majorHAnsi"/>
          <w:sz w:val="20"/>
          <w:szCs w:val="20"/>
          <w:lang w:val="it-IT"/>
        </w:rPr>
        <w:t xml:space="preserve">       </w:t>
      </w:r>
      <w:r w:rsidR="002D67A6">
        <w:rPr>
          <w:rFonts w:asciiTheme="majorHAnsi" w:hAnsiTheme="majorHAnsi" w:cstheme="majorHAnsi"/>
          <w:sz w:val="20"/>
          <w:szCs w:val="20"/>
          <w:lang w:val="it-IT"/>
        </w:rPr>
        <w:tab/>
      </w:r>
      <w:r w:rsidR="002D67A6">
        <w:rPr>
          <w:rFonts w:asciiTheme="majorHAnsi" w:hAnsiTheme="majorHAnsi" w:cstheme="majorHAnsi"/>
          <w:sz w:val="20"/>
          <w:szCs w:val="20"/>
          <w:lang w:val="it-IT"/>
        </w:rPr>
        <w:tab/>
      </w:r>
    </w:p>
    <w:p w14:paraId="5349B116" w14:textId="77777777" w:rsidR="007D05B5" w:rsidRDefault="007D05B5" w:rsidP="007B5639">
      <w:pPr>
        <w:pStyle w:val="Pidipagina"/>
        <w:rPr>
          <w:rFonts w:asciiTheme="majorHAnsi" w:hAnsiTheme="majorHAnsi" w:cstheme="majorHAnsi"/>
          <w:sz w:val="20"/>
          <w:szCs w:val="20"/>
          <w:lang w:val="it-IT"/>
        </w:rPr>
      </w:pPr>
      <w:r>
        <w:rPr>
          <w:rFonts w:asciiTheme="majorHAnsi" w:hAnsiTheme="majorHAnsi" w:cstheme="majorHAnsi"/>
          <w:sz w:val="20"/>
          <w:szCs w:val="20"/>
          <w:lang w:val="it-IT"/>
        </w:rPr>
        <w:tab/>
      </w:r>
      <w:r>
        <w:rPr>
          <w:rFonts w:asciiTheme="majorHAnsi" w:hAnsiTheme="majorHAnsi" w:cstheme="majorHAnsi"/>
          <w:sz w:val="20"/>
          <w:szCs w:val="20"/>
          <w:lang w:val="it-IT"/>
        </w:rPr>
        <w:tab/>
      </w:r>
    </w:p>
    <w:p w14:paraId="468BBF1A" w14:textId="34304319" w:rsidR="00081B9A" w:rsidRDefault="007D05B5" w:rsidP="007B5639">
      <w:pPr>
        <w:pStyle w:val="Pidipagina"/>
        <w:rPr>
          <w:rFonts w:asciiTheme="majorHAnsi" w:hAnsiTheme="majorHAnsi" w:cstheme="majorHAnsi"/>
          <w:sz w:val="20"/>
          <w:szCs w:val="20"/>
          <w:lang w:val="it-IT"/>
        </w:rPr>
      </w:pPr>
      <w:r>
        <w:rPr>
          <w:rFonts w:asciiTheme="majorHAnsi" w:hAnsiTheme="majorHAnsi" w:cstheme="majorHAnsi"/>
          <w:sz w:val="20"/>
          <w:szCs w:val="20"/>
          <w:lang w:val="it-IT"/>
        </w:rPr>
        <w:tab/>
      </w:r>
      <w:r>
        <w:rPr>
          <w:rFonts w:asciiTheme="majorHAnsi" w:hAnsiTheme="majorHAnsi" w:cstheme="majorHAnsi"/>
          <w:sz w:val="20"/>
          <w:szCs w:val="20"/>
          <w:lang w:val="it-IT"/>
        </w:rPr>
        <w:tab/>
      </w:r>
      <w:r w:rsidR="00081B9A">
        <w:rPr>
          <w:rFonts w:asciiTheme="majorHAnsi" w:hAnsiTheme="majorHAnsi" w:cstheme="majorHAnsi"/>
          <w:sz w:val="20"/>
          <w:szCs w:val="20"/>
          <w:lang w:val="it-IT"/>
        </w:rPr>
        <w:t>La Dirigente Scolastica</w:t>
      </w:r>
    </w:p>
    <w:p w14:paraId="6430C991" w14:textId="227680FE" w:rsidR="00081B9A" w:rsidRDefault="00081B9A" w:rsidP="007B5639">
      <w:pPr>
        <w:pStyle w:val="Pidipagina"/>
        <w:rPr>
          <w:rFonts w:asciiTheme="majorHAnsi" w:hAnsiTheme="majorHAnsi" w:cstheme="majorHAnsi"/>
          <w:sz w:val="20"/>
          <w:szCs w:val="20"/>
          <w:lang w:val="it-IT"/>
        </w:rPr>
      </w:pPr>
      <w:r>
        <w:rPr>
          <w:rFonts w:asciiTheme="majorHAnsi" w:hAnsiTheme="majorHAnsi" w:cstheme="majorHAnsi"/>
          <w:sz w:val="20"/>
          <w:szCs w:val="20"/>
          <w:lang w:val="it-IT"/>
        </w:rPr>
        <w:t xml:space="preserve">             </w:t>
      </w:r>
      <w:r w:rsidR="002D67A6">
        <w:rPr>
          <w:rFonts w:asciiTheme="majorHAnsi" w:hAnsiTheme="majorHAnsi" w:cstheme="majorHAnsi"/>
          <w:sz w:val="20"/>
          <w:szCs w:val="20"/>
          <w:lang w:val="it-IT"/>
        </w:rPr>
        <w:tab/>
        <w:t xml:space="preserve">                                                                                                                                                                  </w:t>
      </w:r>
      <w:r w:rsidR="00AA0A70" w:rsidRPr="00AA0A70">
        <w:rPr>
          <w:rFonts w:asciiTheme="majorHAnsi" w:hAnsiTheme="majorHAnsi" w:cstheme="majorHAnsi"/>
          <w:sz w:val="20"/>
          <w:szCs w:val="20"/>
          <w:lang w:val="it-IT"/>
        </w:rPr>
        <w:t>Lucia Rinchetti</w:t>
      </w:r>
      <w:r w:rsidR="007B5639" w:rsidRPr="007B5639">
        <w:rPr>
          <w:rFonts w:asciiTheme="majorHAnsi" w:hAnsiTheme="majorHAnsi" w:cstheme="majorHAnsi"/>
          <w:sz w:val="20"/>
          <w:szCs w:val="20"/>
          <w:lang w:val="it-IT"/>
        </w:rPr>
        <w:t xml:space="preserve"> </w:t>
      </w:r>
    </w:p>
    <w:p w14:paraId="12DFF9DD" w14:textId="137D3475" w:rsidR="00CD77C8" w:rsidRPr="00081B9A" w:rsidRDefault="00CD77C8" w:rsidP="00CD77C8">
      <w:pPr>
        <w:pStyle w:val="Pidipagina"/>
        <w:rPr>
          <w:rFonts w:asciiTheme="majorHAnsi" w:hAnsiTheme="majorHAnsi" w:cstheme="majorHAnsi"/>
          <w:sz w:val="16"/>
          <w:szCs w:val="16"/>
          <w:lang w:val="it-IT"/>
        </w:rPr>
      </w:pPr>
      <w:r>
        <w:rPr>
          <w:rFonts w:asciiTheme="majorHAnsi" w:hAnsiTheme="majorHAnsi" w:cstheme="majorHAnsi"/>
          <w:sz w:val="16"/>
          <w:szCs w:val="16"/>
          <w:lang w:val="it-IT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Pr="00081B9A">
        <w:rPr>
          <w:rFonts w:asciiTheme="majorHAnsi" w:hAnsiTheme="majorHAnsi" w:cstheme="majorHAnsi"/>
          <w:sz w:val="16"/>
          <w:szCs w:val="16"/>
          <w:lang w:val="it-IT"/>
        </w:rPr>
        <w:t>(firma</w:t>
      </w:r>
      <w:r w:rsidR="00D44CAE">
        <w:rPr>
          <w:rFonts w:asciiTheme="majorHAnsi" w:hAnsiTheme="majorHAnsi" w:cstheme="majorHAnsi"/>
          <w:sz w:val="16"/>
          <w:szCs w:val="16"/>
          <w:lang w:val="it-IT"/>
        </w:rPr>
        <w:t>to digitalmente</w:t>
      </w:r>
      <w:r w:rsidRPr="00081B9A">
        <w:rPr>
          <w:rFonts w:asciiTheme="majorHAnsi" w:hAnsiTheme="majorHAnsi" w:cstheme="majorHAnsi"/>
          <w:sz w:val="16"/>
          <w:szCs w:val="16"/>
          <w:lang w:val="it-IT"/>
        </w:rPr>
        <w:t xml:space="preserve"> ai sensi del D. </w:t>
      </w:r>
      <w:proofErr w:type="spellStart"/>
      <w:r w:rsidRPr="00081B9A">
        <w:rPr>
          <w:rFonts w:asciiTheme="majorHAnsi" w:hAnsiTheme="majorHAnsi" w:cstheme="majorHAnsi"/>
          <w:sz w:val="16"/>
          <w:szCs w:val="16"/>
          <w:lang w:val="it-IT"/>
        </w:rPr>
        <w:t>Lgs</w:t>
      </w:r>
      <w:proofErr w:type="spellEnd"/>
      <w:r w:rsidRPr="00081B9A">
        <w:rPr>
          <w:rFonts w:asciiTheme="majorHAnsi" w:hAnsiTheme="majorHAnsi" w:cstheme="majorHAnsi"/>
          <w:sz w:val="16"/>
          <w:szCs w:val="16"/>
          <w:lang w:val="it-IT"/>
        </w:rPr>
        <w:t xml:space="preserve"> 82/2005 e </w:t>
      </w:r>
      <w:proofErr w:type="spellStart"/>
      <w:r w:rsidRPr="00081B9A">
        <w:rPr>
          <w:rFonts w:asciiTheme="majorHAnsi" w:hAnsiTheme="majorHAnsi" w:cstheme="majorHAnsi"/>
          <w:sz w:val="16"/>
          <w:szCs w:val="16"/>
          <w:lang w:val="it-IT"/>
        </w:rPr>
        <w:t>s.m.i.</w:t>
      </w:r>
      <w:proofErr w:type="spellEnd"/>
      <w:r w:rsidRPr="00081B9A">
        <w:rPr>
          <w:rFonts w:asciiTheme="majorHAnsi" w:hAnsiTheme="majorHAnsi" w:cstheme="majorHAnsi"/>
          <w:sz w:val="16"/>
          <w:szCs w:val="16"/>
          <w:lang w:val="it-IT"/>
        </w:rPr>
        <w:t xml:space="preserve">)  </w:t>
      </w:r>
    </w:p>
    <w:sectPr w:rsidR="00CD77C8" w:rsidRPr="00081B9A" w:rsidSect="007D05B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720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DF1DE4" w14:textId="77777777" w:rsidR="0021558D" w:rsidRDefault="0021558D" w:rsidP="00F8239A">
      <w:pPr>
        <w:spacing w:after="0" w:line="240" w:lineRule="auto"/>
      </w:pPr>
      <w:r>
        <w:separator/>
      </w:r>
    </w:p>
  </w:endnote>
  <w:endnote w:type="continuationSeparator" w:id="0">
    <w:p w14:paraId="7946D552" w14:textId="77777777" w:rsidR="0021558D" w:rsidRDefault="0021558D" w:rsidP="00F82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A86E60" w14:textId="77777777" w:rsidR="00F8239A" w:rsidRDefault="00F8239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E327C7" w14:textId="77777777" w:rsidR="00F8239A" w:rsidRDefault="00F8239A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1C2057" w14:textId="77777777" w:rsidR="00F8239A" w:rsidRDefault="00F8239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E4EF8A" w14:textId="77777777" w:rsidR="0021558D" w:rsidRDefault="0021558D" w:rsidP="00F8239A">
      <w:pPr>
        <w:spacing w:after="0" w:line="240" w:lineRule="auto"/>
      </w:pPr>
      <w:r>
        <w:separator/>
      </w:r>
    </w:p>
  </w:footnote>
  <w:footnote w:type="continuationSeparator" w:id="0">
    <w:p w14:paraId="47EA9C26" w14:textId="77777777" w:rsidR="0021558D" w:rsidRDefault="0021558D" w:rsidP="00F823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ACE45" w14:textId="77777777" w:rsidR="00F8239A" w:rsidRDefault="00F8239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96CF63" w14:textId="77777777" w:rsidR="00F8239A" w:rsidRDefault="00F8239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130D7C" w14:textId="77777777" w:rsidR="00F8239A" w:rsidRDefault="00F8239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AFC300B"/>
    <w:multiLevelType w:val="hybridMultilevel"/>
    <w:tmpl w:val="B504E9B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A1D18"/>
    <w:multiLevelType w:val="hybridMultilevel"/>
    <w:tmpl w:val="B82AC47A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215372C"/>
    <w:multiLevelType w:val="hybridMultilevel"/>
    <w:tmpl w:val="C53897AC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C182622"/>
    <w:multiLevelType w:val="hybridMultilevel"/>
    <w:tmpl w:val="57802858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EC7012"/>
    <w:multiLevelType w:val="hybridMultilevel"/>
    <w:tmpl w:val="4DB214E4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94B7C97"/>
    <w:multiLevelType w:val="hybridMultilevel"/>
    <w:tmpl w:val="0AF2497A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CEC2AE7"/>
    <w:multiLevelType w:val="hybridMultilevel"/>
    <w:tmpl w:val="B4303F9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5"/>
  </w:num>
  <w:num w:numId="11">
    <w:abstractNumId w:val="14"/>
  </w:num>
  <w:num w:numId="12">
    <w:abstractNumId w:val="10"/>
  </w:num>
  <w:num w:numId="13">
    <w:abstractNumId w:val="13"/>
  </w:num>
  <w:num w:numId="14">
    <w:abstractNumId w:val="9"/>
  </w:num>
  <w:num w:numId="15">
    <w:abstractNumId w:val="8"/>
  </w:num>
  <w:num w:numId="16">
    <w:abstractNumId w:val="11"/>
  </w:num>
  <w:num w:numId="17">
    <w:abstractNumId w:val="8"/>
  </w:num>
  <w:num w:numId="18">
    <w:abstractNumId w:val="8"/>
  </w:num>
  <w:num w:numId="19">
    <w:abstractNumId w:val="8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81B9A"/>
    <w:rsid w:val="000B1832"/>
    <w:rsid w:val="000B39EC"/>
    <w:rsid w:val="0015074B"/>
    <w:rsid w:val="001C192C"/>
    <w:rsid w:val="001E6210"/>
    <w:rsid w:val="0021558D"/>
    <w:rsid w:val="00257DFD"/>
    <w:rsid w:val="0027355E"/>
    <w:rsid w:val="0029639D"/>
    <w:rsid w:val="002D67A6"/>
    <w:rsid w:val="003160E7"/>
    <w:rsid w:val="00326F90"/>
    <w:rsid w:val="003576FD"/>
    <w:rsid w:val="004726C0"/>
    <w:rsid w:val="004D4B43"/>
    <w:rsid w:val="00610ED8"/>
    <w:rsid w:val="00756A51"/>
    <w:rsid w:val="007B5639"/>
    <w:rsid w:val="007D05B5"/>
    <w:rsid w:val="00820E87"/>
    <w:rsid w:val="009305DA"/>
    <w:rsid w:val="00AA0A70"/>
    <w:rsid w:val="00AA1D8D"/>
    <w:rsid w:val="00AA3F56"/>
    <w:rsid w:val="00AE500C"/>
    <w:rsid w:val="00B47730"/>
    <w:rsid w:val="00CB0664"/>
    <w:rsid w:val="00CD77C8"/>
    <w:rsid w:val="00D44CAE"/>
    <w:rsid w:val="00D62859"/>
    <w:rsid w:val="00D80299"/>
    <w:rsid w:val="00EA58D0"/>
    <w:rsid w:val="00F8239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404E4061"/>
  <w14:defaultImageDpi w14:val="330"/>
  <w15:docId w15:val="{1BA2EC3D-E710-4868-A521-0541F6ED7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Testosegnaposto">
    <w:name w:val="Placeholder Text"/>
    <w:basedOn w:val="Carpredefinitoparagrafo"/>
    <w:uiPriority w:val="99"/>
    <w:semiHidden/>
    <w:rsid w:val="00AA0A70"/>
    <w:rPr>
      <w:color w:val="80808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D67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D67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8CCBF3-E207-401A-A370-978B33F03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729</Words>
  <Characters>4157</Characters>
  <Application>Microsoft Office Word</Application>
  <DocSecurity>0</DocSecurity>
  <Lines>34</Lines>
  <Paragraphs>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6</vt:i4>
      </vt:variant>
    </vt:vector>
  </HeadingPairs>
  <TitlesOfParts>
    <vt:vector size="7" baseType="lpstr">
      <vt:lpstr/>
      <vt:lpstr>LIBERATORIA E ASSUNZIONE DI RESPONSABILITÀ</vt:lpstr>
      <vt:lpstr>PER L'ACCESSO ALL'ISTITUTO SCOLASTICO</vt:lpstr>
      <vt:lpstr>    </vt:lpstr>
      <vt:lpstr>    CHIEDE</vt:lpstr>
      <vt:lpstr>        ASSUNZIONE DI RESPONSABILITÀ</vt:lpstr>
      <vt:lpstr>    CONSENSO AL TRATTAMENTO DEI DATI PERSONALI</vt:lpstr>
    </vt:vector>
  </TitlesOfParts>
  <Manager/>
  <Company/>
  <LinksUpToDate>false</LinksUpToDate>
  <CharactersWithSpaces>4877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PC5</dc:creator>
  <cp:keywords/>
  <dc:description/>
  <cp:lastModifiedBy>pc7esine</cp:lastModifiedBy>
  <cp:revision>22</cp:revision>
  <cp:lastPrinted>2026-08-21T10:00:00Z</cp:lastPrinted>
  <dcterms:created xsi:type="dcterms:W3CDTF">2026-08-21T09:23:00Z</dcterms:created>
  <dcterms:modified xsi:type="dcterms:W3CDTF">2026-08-27T09:54:00Z</dcterms:modified>
  <cp:category/>
</cp:coreProperties>
</file>